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0BD24" w14:textId="77777777" w:rsidR="00B33642" w:rsidRDefault="00000000">
      <w:pPr>
        <w:pStyle w:val="Title"/>
        <w:jc w:val="center"/>
      </w:pPr>
      <w:r>
        <w:t>Embassy &amp; High Commission Directory in India</w:t>
      </w:r>
    </w:p>
    <w:p w14:paraId="7174EEBC" w14:textId="77777777" w:rsidR="00B33642" w:rsidRDefault="00000000">
      <w:pPr>
        <w:jc w:val="center"/>
      </w:pPr>
      <w:r>
        <w:rPr>
          <w:b/>
        </w:rPr>
        <w:t>A Premium Reference Guide for International Travellers</w:t>
      </w:r>
      <w:r>
        <w:rPr>
          <w:b/>
        </w:rPr>
        <w:br/>
        <w:t>Prepared for Limitless India Vacations</w:t>
      </w:r>
    </w:p>
    <w:p w14:paraId="2DF78847" w14:textId="77777777" w:rsidR="00B33642" w:rsidRDefault="00000000">
      <w:pPr>
        <w:pStyle w:val="Heading1"/>
      </w:pPr>
      <w:r>
        <w:t>About this Guide</w:t>
      </w:r>
    </w:p>
    <w:p w14:paraId="0C33C784" w14:textId="77777777" w:rsidR="00B33642" w:rsidRDefault="00000000">
      <w:r>
        <w:t>This directory provides a quick reference to major foreign diplomatic missions in India. Travellers should always verify addresses, office hours and emergency telephone numbers on the official embassy website before visiting, as these details may change.</w:t>
      </w:r>
    </w:p>
    <w:p w14:paraId="3979BD83" w14:textId="77777777" w:rsidR="00B33642" w:rsidRDefault="00000000">
      <w:pPr>
        <w:pStyle w:val="Heading1"/>
      </w:pPr>
      <w:r>
        <w:t>Quick Emergency Contacts in India</w:t>
      </w:r>
    </w:p>
    <w:tbl>
      <w:tblPr>
        <w:tblStyle w:val="TableGrid"/>
        <w:tblW w:w="0" w:type="auto"/>
        <w:jc w:val="center"/>
        <w:tblLook w:val="04A0" w:firstRow="1" w:lastRow="0" w:firstColumn="1" w:lastColumn="0" w:noHBand="0" w:noVBand="1"/>
      </w:tblPr>
      <w:tblGrid>
        <w:gridCol w:w="4315"/>
        <w:gridCol w:w="4315"/>
      </w:tblGrid>
      <w:tr w:rsidR="00B33642" w14:paraId="44C4C39F" w14:textId="77777777">
        <w:trPr>
          <w:jc w:val="center"/>
        </w:trPr>
        <w:tc>
          <w:tcPr>
            <w:tcW w:w="4320" w:type="dxa"/>
          </w:tcPr>
          <w:p w14:paraId="0E682B07" w14:textId="77777777" w:rsidR="00B33642" w:rsidRDefault="00000000">
            <w:r>
              <w:t>Service</w:t>
            </w:r>
          </w:p>
        </w:tc>
        <w:tc>
          <w:tcPr>
            <w:tcW w:w="4320" w:type="dxa"/>
          </w:tcPr>
          <w:p w14:paraId="4D475640" w14:textId="77777777" w:rsidR="00B33642" w:rsidRDefault="00000000">
            <w:r>
              <w:t>Number</w:t>
            </w:r>
          </w:p>
        </w:tc>
      </w:tr>
      <w:tr w:rsidR="00B33642" w14:paraId="4271769C" w14:textId="77777777">
        <w:trPr>
          <w:jc w:val="center"/>
        </w:trPr>
        <w:tc>
          <w:tcPr>
            <w:tcW w:w="4320" w:type="dxa"/>
          </w:tcPr>
          <w:p w14:paraId="4B917397" w14:textId="77777777" w:rsidR="00B33642" w:rsidRDefault="00000000">
            <w:r>
              <w:t>Police</w:t>
            </w:r>
          </w:p>
        </w:tc>
        <w:tc>
          <w:tcPr>
            <w:tcW w:w="4320" w:type="dxa"/>
          </w:tcPr>
          <w:p w14:paraId="260C56FA" w14:textId="77777777" w:rsidR="00B33642" w:rsidRDefault="00000000">
            <w:r>
              <w:t>112</w:t>
            </w:r>
          </w:p>
        </w:tc>
      </w:tr>
      <w:tr w:rsidR="00B33642" w14:paraId="38737BD0" w14:textId="77777777">
        <w:trPr>
          <w:jc w:val="center"/>
        </w:trPr>
        <w:tc>
          <w:tcPr>
            <w:tcW w:w="4320" w:type="dxa"/>
          </w:tcPr>
          <w:p w14:paraId="15E00495" w14:textId="77777777" w:rsidR="00B33642" w:rsidRDefault="00000000">
            <w:r>
              <w:t>Ambulance</w:t>
            </w:r>
          </w:p>
        </w:tc>
        <w:tc>
          <w:tcPr>
            <w:tcW w:w="4320" w:type="dxa"/>
          </w:tcPr>
          <w:p w14:paraId="4E1C8DA9" w14:textId="77777777" w:rsidR="00B33642" w:rsidRDefault="00000000">
            <w:r>
              <w:t>108 / 112</w:t>
            </w:r>
          </w:p>
        </w:tc>
      </w:tr>
      <w:tr w:rsidR="00B33642" w14:paraId="619B552B" w14:textId="77777777">
        <w:trPr>
          <w:jc w:val="center"/>
        </w:trPr>
        <w:tc>
          <w:tcPr>
            <w:tcW w:w="4320" w:type="dxa"/>
          </w:tcPr>
          <w:p w14:paraId="4161B839" w14:textId="77777777" w:rsidR="00B33642" w:rsidRDefault="00000000">
            <w:r>
              <w:t>Fire</w:t>
            </w:r>
          </w:p>
        </w:tc>
        <w:tc>
          <w:tcPr>
            <w:tcW w:w="4320" w:type="dxa"/>
          </w:tcPr>
          <w:p w14:paraId="5CE53E7E" w14:textId="77777777" w:rsidR="00B33642" w:rsidRDefault="00000000">
            <w:r>
              <w:t>101</w:t>
            </w:r>
          </w:p>
        </w:tc>
      </w:tr>
      <w:tr w:rsidR="00B33642" w14:paraId="56ACF096" w14:textId="77777777">
        <w:trPr>
          <w:jc w:val="center"/>
        </w:trPr>
        <w:tc>
          <w:tcPr>
            <w:tcW w:w="4320" w:type="dxa"/>
          </w:tcPr>
          <w:p w14:paraId="1F1F33F5" w14:textId="77777777" w:rsidR="00B33642" w:rsidRDefault="00000000">
            <w:r>
              <w:t>National Emergency</w:t>
            </w:r>
          </w:p>
        </w:tc>
        <w:tc>
          <w:tcPr>
            <w:tcW w:w="4320" w:type="dxa"/>
          </w:tcPr>
          <w:p w14:paraId="0B18EF9C" w14:textId="77777777" w:rsidR="00B33642" w:rsidRDefault="00000000">
            <w:r>
              <w:t>112</w:t>
            </w:r>
          </w:p>
        </w:tc>
      </w:tr>
    </w:tbl>
    <w:p w14:paraId="43969E2E" w14:textId="77777777" w:rsidR="00B33642" w:rsidRDefault="00000000">
      <w:r>
        <w:br w:type="page"/>
      </w:r>
    </w:p>
    <w:p w14:paraId="043F35F0" w14:textId="77777777" w:rsidR="00B33642" w:rsidRDefault="00000000">
      <w:pPr>
        <w:pStyle w:val="Heading1"/>
      </w:pPr>
      <w:r>
        <w:rPr>
          <w:color w:val="163A63"/>
        </w:rPr>
        <w:lastRenderedPageBreak/>
        <w:t>🇺🇸 United States</w:t>
      </w:r>
    </w:p>
    <w:tbl>
      <w:tblPr>
        <w:tblStyle w:val="TableGrid"/>
        <w:tblW w:w="0" w:type="auto"/>
        <w:tblLook w:val="04A0" w:firstRow="1" w:lastRow="0" w:firstColumn="1" w:lastColumn="0" w:noHBand="0" w:noVBand="1"/>
      </w:tblPr>
      <w:tblGrid>
        <w:gridCol w:w="4313"/>
        <w:gridCol w:w="4317"/>
      </w:tblGrid>
      <w:tr w:rsidR="00B33642" w14:paraId="7956C965" w14:textId="77777777">
        <w:tc>
          <w:tcPr>
            <w:tcW w:w="4320" w:type="dxa"/>
          </w:tcPr>
          <w:p w14:paraId="0804E8E5" w14:textId="77777777" w:rsidR="00B33642" w:rsidRDefault="00000000">
            <w:r>
              <w:t>Mission</w:t>
            </w:r>
          </w:p>
        </w:tc>
        <w:tc>
          <w:tcPr>
            <w:tcW w:w="4320" w:type="dxa"/>
          </w:tcPr>
          <w:p w14:paraId="3F674F37" w14:textId="77777777" w:rsidR="00B33642" w:rsidRDefault="00000000">
            <w:r>
              <w:t>Embassy of the United States</w:t>
            </w:r>
          </w:p>
        </w:tc>
      </w:tr>
      <w:tr w:rsidR="00B33642" w14:paraId="47C22DB8" w14:textId="77777777">
        <w:tc>
          <w:tcPr>
            <w:tcW w:w="4320" w:type="dxa"/>
          </w:tcPr>
          <w:p w14:paraId="11790E6C" w14:textId="77777777" w:rsidR="00B33642" w:rsidRDefault="00000000">
            <w:r>
              <w:t>City</w:t>
            </w:r>
          </w:p>
        </w:tc>
        <w:tc>
          <w:tcPr>
            <w:tcW w:w="4320" w:type="dxa"/>
          </w:tcPr>
          <w:p w14:paraId="6C2AF9E8" w14:textId="77777777" w:rsidR="00B33642" w:rsidRDefault="00000000">
            <w:r>
              <w:t>New Delhi</w:t>
            </w:r>
          </w:p>
        </w:tc>
      </w:tr>
      <w:tr w:rsidR="00B33642" w14:paraId="01D4DF1F" w14:textId="77777777">
        <w:tc>
          <w:tcPr>
            <w:tcW w:w="4320" w:type="dxa"/>
          </w:tcPr>
          <w:p w14:paraId="7F60D02B" w14:textId="77777777" w:rsidR="00B33642" w:rsidRDefault="00000000">
            <w:r>
              <w:t>Address</w:t>
            </w:r>
          </w:p>
        </w:tc>
        <w:tc>
          <w:tcPr>
            <w:tcW w:w="4320" w:type="dxa"/>
          </w:tcPr>
          <w:p w14:paraId="401F0A24" w14:textId="77777777" w:rsidR="00B33642" w:rsidRDefault="00000000">
            <w:r>
              <w:t>Chanakyapuri, New Delhi</w:t>
            </w:r>
          </w:p>
        </w:tc>
      </w:tr>
      <w:tr w:rsidR="00B33642" w14:paraId="4596CA54" w14:textId="77777777">
        <w:tc>
          <w:tcPr>
            <w:tcW w:w="4320" w:type="dxa"/>
          </w:tcPr>
          <w:p w14:paraId="5E806C25" w14:textId="77777777" w:rsidR="00B33642" w:rsidRDefault="00000000">
            <w:r>
              <w:t>Emergency Contact</w:t>
            </w:r>
          </w:p>
        </w:tc>
        <w:tc>
          <w:tcPr>
            <w:tcW w:w="4320" w:type="dxa"/>
          </w:tcPr>
          <w:p w14:paraId="7FC1B702" w14:textId="77777777" w:rsidR="00B33642" w:rsidRDefault="00000000">
            <w:r>
              <w:t>Refer to the official website for current emergency telephone numbers.</w:t>
            </w:r>
          </w:p>
        </w:tc>
      </w:tr>
      <w:tr w:rsidR="00B33642" w14:paraId="474B83A1" w14:textId="77777777">
        <w:tc>
          <w:tcPr>
            <w:tcW w:w="4320" w:type="dxa"/>
          </w:tcPr>
          <w:p w14:paraId="44DCC312" w14:textId="77777777" w:rsidR="00B33642" w:rsidRDefault="00000000">
            <w:r>
              <w:t>Official Website</w:t>
            </w:r>
          </w:p>
        </w:tc>
        <w:tc>
          <w:tcPr>
            <w:tcW w:w="4320" w:type="dxa"/>
          </w:tcPr>
          <w:p w14:paraId="6434591C" w14:textId="77777777" w:rsidR="00B33642" w:rsidRDefault="00000000">
            <w:r>
              <w:t>https://in.usembassy.gov/</w:t>
            </w:r>
          </w:p>
        </w:tc>
      </w:tr>
      <w:tr w:rsidR="00B33642" w14:paraId="2BA23657" w14:textId="77777777">
        <w:tc>
          <w:tcPr>
            <w:tcW w:w="4320" w:type="dxa"/>
          </w:tcPr>
          <w:p w14:paraId="37058604" w14:textId="77777777" w:rsidR="00B33642" w:rsidRDefault="00000000">
            <w:r>
              <w:t>Services</w:t>
            </w:r>
          </w:p>
        </w:tc>
        <w:tc>
          <w:tcPr>
            <w:tcW w:w="4320" w:type="dxa"/>
          </w:tcPr>
          <w:p w14:paraId="69F308B7" w14:textId="77777777" w:rsidR="00B33642" w:rsidRDefault="00000000">
            <w:r>
              <w:t>Passport assistance, emergency consular support, travel documents and citizen services.</w:t>
            </w:r>
          </w:p>
        </w:tc>
      </w:tr>
    </w:tbl>
    <w:p w14:paraId="090B63A0" w14:textId="77777777" w:rsidR="00B33642" w:rsidRDefault="00000000">
      <w:r>
        <w:br w:type="page"/>
      </w:r>
    </w:p>
    <w:p w14:paraId="14F9B790" w14:textId="77777777" w:rsidR="00B33642" w:rsidRDefault="00000000">
      <w:pPr>
        <w:pStyle w:val="Heading1"/>
      </w:pPr>
      <w:r>
        <w:rPr>
          <w:color w:val="163A63"/>
        </w:rPr>
        <w:lastRenderedPageBreak/>
        <w:t>🇬🇧 United Kingdom</w:t>
      </w:r>
    </w:p>
    <w:tbl>
      <w:tblPr>
        <w:tblStyle w:val="TableGrid"/>
        <w:tblW w:w="0" w:type="auto"/>
        <w:tblLook w:val="04A0" w:firstRow="1" w:lastRow="0" w:firstColumn="1" w:lastColumn="0" w:noHBand="0" w:noVBand="1"/>
      </w:tblPr>
      <w:tblGrid>
        <w:gridCol w:w="4312"/>
        <w:gridCol w:w="4318"/>
      </w:tblGrid>
      <w:tr w:rsidR="00B33642" w14:paraId="6CFF05E8" w14:textId="77777777">
        <w:tc>
          <w:tcPr>
            <w:tcW w:w="4320" w:type="dxa"/>
          </w:tcPr>
          <w:p w14:paraId="4B03B8E6" w14:textId="77777777" w:rsidR="00B33642" w:rsidRDefault="00000000">
            <w:r>
              <w:t>Mission</w:t>
            </w:r>
          </w:p>
        </w:tc>
        <w:tc>
          <w:tcPr>
            <w:tcW w:w="4320" w:type="dxa"/>
          </w:tcPr>
          <w:p w14:paraId="68D92220" w14:textId="77777777" w:rsidR="00B33642" w:rsidRDefault="00000000">
            <w:r>
              <w:t>British High Commission</w:t>
            </w:r>
          </w:p>
        </w:tc>
      </w:tr>
      <w:tr w:rsidR="00B33642" w14:paraId="6D75225C" w14:textId="77777777">
        <w:tc>
          <w:tcPr>
            <w:tcW w:w="4320" w:type="dxa"/>
          </w:tcPr>
          <w:p w14:paraId="0E927EC9" w14:textId="77777777" w:rsidR="00B33642" w:rsidRDefault="00000000">
            <w:r>
              <w:t>City</w:t>
            </w:r>
          </w:p>
        </w:tc>
        <w:tc>
          <w:tcPr>
            <w:tcW w:w="4320" w:type="dxa"/>
          </w:tcPr>
          <w:p w14:paraId="25168EE8" w14:textId="77777777" w:rsidR="00B33642" w:rsidRDefault="00000000">
            <w:r>
              <w:t>New Delhi</w:t>
            </w:r>
          </w:p>
        </w:tc>
      </w:tr>
      <w:tr w:rsidR="00B33642" w14:paraId="66191805" w14:textId="77777777">
        <w:tc>
          <w:tcPr>
            <w:tcW w:w="4320" w:type="dxa"/>
          </w:tcPr>
          <w:p w14:paraId="41B41996" w14:textId="77777777" w:rsidR="00B33642" w:rsidRDefault="00000000">
            <w:r>
              <w:t>Address</w:t>
            </w:r>
          </w:p>
        </w:tc>
        <w:tc>
          <w:tcPr>
            <w:tcW w:w="4320" w:type="dxa"/>
          </w:tcPr>
          <w:p w14:paraId="35465434" w14:textId="77777777" w:rsidR="00B33642" w:rsidRDefault="00000000">
            <w:r>
              <w:t>Chanakyapuri, New Delhi</w:t>
            </w:r>
          </w:p>
        </w:tc>
      </w:tr>
      <w:tr w:rsidR="00B33642" w14:paraId="7324422F" w14:textId="77777777">
        <w:tc>
          <w:tcPr>
            <w:tcW w:w="4320" w:type="dxa"/>
          </w:tcPr>
          <w:p w14:paraId="6BBB5C71" w14:textId="77777777" w:rsidR="00B33642" w:rsidRDefault="00000000">
            <w:r>
              <w:t>Emergency Contact</w:t>
            </w:r>
          </w:p>
        </w:tc>
        <w:tc>
          <w:tcPr>
            <w:tcW w:w="4320" w:type="dxa"/>
          </w:tcPr>
          <w:p w14:paraId="0DD65915" w14:textId="77777777" w:rsidR="00B33642" w:rsidRDefault="00000000">
            <w:r>
              <w:t>Refer to the official website for current emergency telephone numbers.</w:t>
            </w:r>
          </w:p>
        </w:tc>
      </w:tr>
      <w:tr w:rsidR="00B33642" w14:paraId="1211F037" w14:textId="77777777">
        <w:tc>
          <w:tcPr>
            <w:tcW w:w="4320" w:type="dxa"/>
          </w:tcPr>
          <w:p w14:paraId="510BF0D2" w14:textId="77777777" w:rsidR="00B33642" w:rsidRDefault="00000000">
            <w:r>
              <w:t>Official Website</w:t>
            </w:r>
          </w:p>
        </w:tc>
        <w:tc>
          <w:tcPr>
            <w:tcW w:w="4320" w:type="dxa"/>
          </w:tcPr>
          <w:p w14:paraId="522289EB" w14:textId="77777777" w:rsidR="00B33642" w:rsidRDefault="00000000">
            <w:r>
              <w:t>https://www.gov.uk/world/india</w:t>
            </w:r>
          </w:p>
        </w:tc>
      </w:tr>
      <w:tr w:rsidR="00B33642" w14:paraId="2ED35104" w14:textId="77777777">
        <w:tc>
          <w:tcPr>
            <w:tcW w:w="4320" w:type="dxa"/>
          </w:tcPr>
          <w:p w14:paraId="55391A69" w14:textId="77777777" w:rsidR="00B33642" w:rsidRDefault="00000000">
            <w:r>
              <w:t>Services</w:t>
            </w:r>
          </w:p>
        </w:tc>
        <w:tc>
          <w:tcPr>
            <w:tcW w:w="4320" w:type="dxa"/>
          </w:tcPr>
          <w:p w14:paraId="0AB72356" w14:textId="77777777" w:rsidR="00B33642" w:rsidRDefault="00000000">
            <w:r>
              <w:t>Passport assistance, emergency consular support, travel documents and citizen services.</w:t>
            </w:r>
          </w:p>
        </w:tc>
      </w:tr>
    </w:tbl>
    <w:p w14:paraId="7BD7D7D2" w14:textId="77777777" w:rsidR="00B33642" w:rsidRDefault="00000000">
      <w:r>
        <w:br w:type="page"/>
      </w:r>
    </w:p>
    <w:p w14:paraId="227F9D89" w14:textId="77777777" w:rsidR="00B33642" w:rsidRDefault="00000000">
      <w:pPr>
        <w:pStyle w:val="Heading1"/>
      </w:pPr>
      <w:r>
        <w:rPr>
          <w:color w:val="163A63"/>
        </w:rPr>
        <w:lastRenderedPageBreak/>
        <w:t>🇨🇦 Canada</w:t>
      </w:r>
    </w:p>
    <w:tbl>
      <w:tblPr>
        <w:tblStyle w:val="TableGrid"/>
        <w:tblW w:w="0" w:type="auto"/>
        <w:tblLook w:val="04A0" w:firstRow="1" w:lastRow="0" w:firstColumn="1" w:lastColumn="0" w:noHBand="0" w:noVBand="1"/>
      </w:tblPr>
      <w:tblGrid>
        <w:gridCol w:w="4047"/>
        <w:gridCol w:w="4583"/>
      </w:tblGrid>
      <w:tr w:rsidR="00B33642" w14:paraId="4EF7F21F" w14:textId="77777777">
        <w:tc>
          <w:tcPr>
            <w:tcW w:w="4320" w:type="dxa"/>
          </w:tcPr>
          <w:p w14:paraId="14CB4932" w14:textId="77777777" w:rsidR="00B33642" w:rsidRDefault="00000000">
            <w:r>
              <w:t>Mission</w:t>
            </w:r>
          </w:p>
        </w:tc>
        <w:tc>
          <w:tcPr>
            <w:tcW w:w="4320" w:type="dxa"/>
          </w:tcPr>
          <w:p w14:paraId="55C3AE06" w14:textId="77777777" w:rsidR="00B33642" w:rsidRDefault="00000000">
            <w:r>
              <w:t>High Commission of Canada</w:t>
            </w:r>
          </w:p>
        </w:tc>
      </w:tr>
      <w:tr w:rsidR="00B33642" w14:paraId="6FD7A727" w14:textId="77777777">
        <w:tc>
          <w:tcPr>
            <w:tcW w:w="4320" w:type="dxa"/>
          </w:tcPr>
          <w:p w14:paraId="19107637" w14:textId="77777777" w:rsidR="00B33642" w:rsidRDefault="00000000">
            <w:r>
              <w:t>City</w:t>
            </w:r>
          </w:p>
        </w:tc>
        <w:tc>
          <w:tcPr>
            <w:tcW w:w="4320" w:type="dxa"/>
          </w:tcPr>
          <w:p w14:paraId="2793E57D" w14:textId="77777777" w:rsidR="00B33642" w:rsidRDefault="00000000">
            <w:r>
              <w:t>New Delhi</w:t>
            </w:r>
          </w:p>
        </w:tc>
      </w:tr>
      <w:tr w:rsidR="00B33642" w14:paraId="2652F693" w14:textId="77777777">
        <w:tc>
          <w:tcPr>
            <w:tcW w:w="4320" w:type="dxa"/>
          </w:tcPr>
          <w:p w14:paraId="3F346C98" w14:textId="77777777" w:rsidR="00B33642" w:rsidRDefault="00000000">
            <w:r>
              <w:t>Address</w:t>
            </w:r>
          </w:p>
        </w:tc>
        <w:tc>
          <w:tcPr>
            <w:tcW w:w="4320" w:type="dxa"/>
          </w:tcPr>
          <w:p w14:paraId="5936CC93" w14:textId="77777777" w:rsidR="00B33642" w:rsidRDefault="00000000">
            <w:r>
              <w:t>Chanakyapuri, New Delhi</w:t>
            </w:r>
          </w:p>
        </w:tc>
      </w:tr>
      <w:tr w:rsidR="00B33642" w14:paraId="6836BBC3" w14:textId="77777777">
        <w:tc>
          <w:tcPr>
            <w:tcW w:w="4320" w:type="dxa"/>
          </w:tcPr>
          <w:p w14:paraId="57CA30B4" w14:textId="77777777" w:rsidR="00B33642" w:rsidRDefault="00000000">
            <w:r>
              <w:t>Emergency Contact</w:t>
            </w:r>
          </w:p>
        </w:tc>
        <w:tc>
          <w:tcPr>
            <w:tcW w:w="4320" w:type="dxa"/>
          </w:tcPr>
          <w:p w14:paraId="02BB584A" w14:textId="77777777" w:rsidR="00B33642" w:rsidRDefault="00000000">
            <w:r>
              <w:t>Refer to the official website for current emergency telephone numbers.</w:t>
            </w:r>
          </w:p>
        </w:tc>
      </w:tr>
      <w:tr w:rsidR="00B33642" w14:paraId="0A21CDDB" w14:textId="77777777">
        <w:tc>
          <w:tcPr>
            <w:tcW w:w="4320" w:type="dxa"/>
          </w:tcPr>
          <w:p w14:paraId="16CE207B" w14:textId="77777777" w:rsidR="00B33642" w:rsidRDefault="00000000">
            <w:r>
              <w:t>Official Website</w:t>
            </w:r>
          </w:p>
        </w:tc>
        <w:tc>
          <w:tcPr>
            <w:tcW w:w="4320" w:type="dxa"/>
          </w:tcPr>
          <w:p w14:paraId="7CC0C3BB" w14:textId="77777777" w:rsidR="00B33642" w:rsidRDefault="00000000">
            <w:r>
              <w:t>https://www.canadainternational.gc.ca/india-inde/</w:t>
            </w:r>
          </w:p>
        </w:tc>
      </w:tr>
      <w:tr w:rsidR="00B33642" w14:paraId="32E965D0" w14:textId="77777777">
        <w:tc>
          <w:tcPr>
            <w:tcW w:w="4320" w:type="dxa"/>
          </w:tcPr>
          <w:p w14:paraId="4DE2F3D8" w14:textId="77777777" w:rsidR="00B33642" w:rsidRDefault="00000000">
            <w:r>
              <w:t>Services</w:t>
            </w:r>
          </w:p>
        </w:tc>
        <w:tc>
          <w:tcPr>
            <w:tcW w:w="4320" w:type="dxa"/>
          </w:tcPr>
          <w:p w14:paraId="16B18288" w14:textId="77777777" w:rsidR="00B33642" w:rsidRDefault="00000000">
            <w:r>
              <w:t>Passport assistance, emergency consular support, travel documents and citizen services.</w:t>
            </w:r>
          </w:p>
        </w:tc>
      </w:tr>
    </w:tbl>
    <w:p w14:paraId="3EF39E33" w14:textId="77777777" w:rsidR="00B33642" w:rsidRDefault="00000000">
      <w:r>
        <w:br w:type="page"/>
      </w:r>
    </w:p>
    <w:p w14:paraId="2308E8DD" w14:textId="77777777" w:rsidR="00B33642" w:rsidRDefault="00000000">
      <w:pPr>
        <w:pStyle w:val="Heading1"/>
      </w:pPr>
      <w:r>
        <w:rPr>
          <w:color w:val="163A63"/>
        </w:rPr>
        <w:lastRenderedPageBreak/>
        <w:t>🇦🇺 Australia</w:t>
      </w:r>
    </w:p>
    <w:tbl>
      <w:tblPr>
        <w:tblStyle w:val="TableGrid"/>
        <w:tblW w:w="0" w:type="auto"/>
        <w:tblLook w:val="04A0" w:firstRow="1" w:lastRow="0" w:firstColumn="1" w:lastColumn="0" w:noHBand="0" w:noVBand="1"/>
      </w:tblPr>
      <w:tblGrid>
        <w:gridCol w:w="4311"/>
        <w:gridCol w:w="4319"/>
      </w:tblGrid>
      <w:tr w:rsidR="00B33642" w14:paraId="5F1FED9A" w14:textId="77777777">
        <w:tc>
          <w:tcPr>
            <w:tcW w:w="4320" w:type="dxa"/>
          </w:tcPr>
          <w:p w14:paraId="27DA3410" w14:textId="77777777" w:rsidR="00B33642" w:rsidRDefault="00000000">
            <w:r>
              <w:t>Mission</w:t>
            </w:r>
          </w:p>
        </w:tc>
        <w:tc>
          <w:tcPr>
            <w:tcW w:w="4320" w:type="dxa"/>
          </w:tcPr>
          <w:p w14:paraId="790C121D" w14:textId="77777777" w:rsidR="00B33642" w:rsidRDefault="00000000">
            <w:r>
              <w:t>Australian High Commission</w:t>
            </w:r>
          </w:p>
        </w:tc>
      </w:tr>
      <w:tr w:rsidR="00B33642" w14:paraId="36F0BEB2" w14:textId="77777777">
        <w:tc>
          <w:tcPr>
            <w:tcW w:w="4320" w:type="dxa"/>
          </w:tcPr>
          <w:p w14:paraId="66EB0B94" w14:textId="77777777" w:rsidR="00B33642" w:rsidRDefault="00000000">
            <w:r>
              <w:t>City</w:t>
            </w:r>
          </w:p>
        </w:tc>
        <w:tc>
          <w:tcPr>
            <w:tcW w:w="4320" w:type="dxa"/>
          </w:tcPr>
          <w:p w14:paraId="6228166A" w14:textId="77777777" w:rsidR="00B33642" w:rsidRDefault="00000000">
            <w:r>
              <w:t>New Delhi</w:t>
            </w:r>
          </w:p>
        </w:tc>
      </w:tr>
      <w:tr w:rsidR="00B33642" w14:paraId="7D1B9318" w14:textId="77777777">
        <w:tc>
          <w:tcPr>
            <w:tcW w:w="4320" w:type="dxa"/>
          </w:tcPr>
          <w:p w14:paraId="4CD07281" w14:textId="77777777" w:rsidR="00B33642" w:rsidRDefault="00000000">
            <w:r>
              <w:t>Address</w:t>
            </w:r>
          </w:p>
        </w:tc>
        <w:tc>
          <w:tcPr>
            <w:tcW w:w="4320" w:type="dxa"/>
          </w:tcPr>
          <w:p w14:paraId="73C58F69" w14:textId="77777777" w:rsidR="00B33642" w:rsidRDefault="00000000">
            <w:r>
              <w:t>1/50 G Shantipath, Chanakyapuri, New Delhi</w:t>
            </w:r>
          </w:p>
        </w:tc>
      </w:tr>
      <w:tr w:rsidR="00B33642" w14:paraId="1C3DC78D" w14:textId="77777777">
        <w:tc>
          <w:tcPr>
            <w:tcW w:w="4320" w:type="dxa"/>
          </w:tcPr>
          <w:p w14:paraId="25E70BE9" w14:textId="77777777" w:rsidR="00B33642" w:rsidRDefault="00000000">
            <w:r>
              <w:t>Emergency Contact</w:t>
            </w:r>
          </w:p>
        </w:tc>
        <w:tc>
          <w:tcPr>
            <w:tcW w:w="4320" w:type="dxa"/>
          </w:tcPr>
          <w:p w14:paraId="2BC0BDCA" w14:textId="77777777" w:rsidR="00B33642" w:rsidRDefault="00000000">
            <w:r>
              <w:t>Refer to the official website for current emergency telephone numbers.</w:t>
            </w:r>
          </w:p>
        </w:tc>
      </w:tr>
      <w:tr w:rsidR="00B33642" w14:paraId="3D1ADAE4" w14:textId="77777777">
        <w:tc>
          <w:tcPr>
            <w:tcW w:w="4320" w:type="dxa"/>
          </w:tcPr>
          <w:p w14:paraId="091D258C" w14:textId="77777777" w:rsidR="00B33642" w:rsidRDefault="00000000">
            <w:r>
              <w:t>Official Website</w:t>
            </w:r>
          </w:p>
        </w:tc>
        <w:tc>
          <w:tcPr>
            <w:tcW w:w="4320" w:type="dxa"/>
          </w:tcPr>
          <w:p w14:paraId="3E361D9D" w14:textId="77777777" w:rsidR="00B33642" w:rsidRDefault="00000000">
            <w:r>
              <w:t>https://india.highcommission.gov.au/</w:t>
            </w:r>
          </w:p>
        </w:tc>
      </w:tr>
      <w:tr w:rsidR="00B33642" w14:paraId="3E6C246C" w14:textId="77777777">
        <w:tc>
          <w:tcPr>
            <w:tcW w:w="4320" w:type="dxa"/>
          </w:tcPr>
          <w:p w14:paraId="4A4C21E9" w14:textId="77777777" w:rsidR="00B33642" w:rsidRDefault="00000000">
            <w:r>
              <w:t>Services</w:t>
            </w:r>
          </w:p>
        </w:tc>
        <w:tc>
          <w:tcPr>
            <w:tcW w:w="4320" w:type="dxa"/>
          </w:tcPr>
          <w:p w14:paraId="65BDD39D" w14:textId="77777777" w:rsidR="00B33642" w:rsidRDefault="00000000">
            <w:r>
              <w:t>Passport assistance, emergency consular support, travel documents and citizen services.</w:t>
            </w:r>
          </w:p>
        </w:tc>
      </w:tr>
    </w:tbl>
    <w:p w14:paraId="55BE1CC6" w14:textId="77777777" w:rsidR="00B33642" w:rsidRDefault="00000000">
      <w:r>
        <w:br w:type="page"/>
      </w:r>
    </w:p>
    <w:p w14:paraId="7962B417" w14:textId="77777777" w:rsidR="00B33642" w:rsidRDefault="00000000">
      <w:pPr>
        <w:pStyle w:val="Heading1"/>
      </w:pPr>
      <w:r>
        <w:rPr>
          <w:color w:val="163A63"/>
        </w:rPr>
        <w:lastRenderedPageBreak/>
        <w:t>🇳🇿 New Zealand</w:t>
      </w:r>
    </w:p>
    <w:tbl>
      <w:tblPr>
        <w:tblStyle w:val="TableGrid"/>
        <w:tblW w:w="0" w:type="auto"/>
        <w:tblLook w:val="04A0" w:firstRow="1" w:lastRow="0" w:firstColumn="1" w:lastColumn="0" w:noHBand="0" w:noVBand="1"/>
      </w:tblPr>
      <w:tblGrid>
        <w:gridCol w:w="4313"/>
        <w:gridCol w:w="4317"/>
      </w:tblGrid>
      <w:tr w:rsidR="00B33642" w14:paraId="779C329A" w14:textId="77777777">
        <w:tc>
          <w:tcPr>
            <w:tcW w:w="4320" w:type="dxa"/>
          </w:tcPr>
          <w:p w14:paraId="5AA3C03A" w14:textId="77777777" w:rsidR="00B33642" w:rsidRDefault="00000000">
            <w:r>
              <w:t>Mission</w:t>
            </w:r>
          </w:p>
        </w:tc>
        <w:tc>
          <w:tcPr>
            <w:tcW w:w="4320" w:type="dxa"/>
          </w:tcPr>
          <w:p w14:paraId="5712643C" w14:textId="77777777" w:rsidR="00B33642" w:rsidRDefault="00000000">
            <w:r>
              <w:t>New Zealand High Commission</w:t>
            </w:r>
          </w:p>
        </w:tc>
      </w:tr>
      <w:tr w:rsidR="00B33642" w14:paraId="7C667082" w14:textId="77777777">
        <w:tc>
          <w:tcPr>
            <w:tcW w:w="4320" w:type="dxa"/>
          </w:tcPr>
          <w:p w14:paraId="3E4E31DC" w14:textId="77777777" w:rsidR="00B33642" w:rsidRDefault="00000000">
            <w:r>
              <w:t>City</w:t>
            </w:r>
          </w:p>
        </w:tc>
        <w:tc>
          <w:tcPr>
            <w:tcW w:w="4320" w:type="dxa"/>
          </w:tcPr>
          <w:p w14:paraId="58DB9EC2" w14:textId="77777777" w:rsidR="00B33642" w:rsidRDefault="00000000">
            <w:r>
              <w:t>New Delhi</w:t>
            </w:r>
          </w:p>
        </w:tc>
      </w:tr>
      <w:tr w:rsidR="00B33642" w14:paraId="0A6440C6" w14:textId="77777777">
        <w:tc>
          <w:tcPr>
            <w:tcW w:w="4320" w:type="dxa"/>
          </w:tcPr>
          <w:p w14:paraId="00F72AFC" w14:textId="77777777" w:rsidR="00B33642" w:rsidRDefault="00000000">
            <w:r>
              <w:t>Address</w:t>
            </w:r>
          </w:p>
        </w:tc>
        <w:tc>
          <w:tcPr>
            <w:tcW w:w="4320" w:type="dxa"/>
          </w:tcPr>
          <w:p w14:paraId="2538AD7C" w14:textId="77777777" w:rsidR="00B33642" w:rsidRDefault="00000000">
            <w:r>
              <w:t>Chanakyapuri, New Delhi</w:t>
            </w:r>
          </w:p>
        </w:tc>
      </w:tr>
      <w:tr w:rsidR="00B33642" w14:paraId="2C4BB5F4" w14:textId="77777777">
        <w:tc>
          <w:tcPr>
            <w:tcW w:w="4320" w:type="dxa"/>
          </w:tcPr>
          <w:p w14:paraId="431598ED" w14:textId="77777777" w:rsidR="00B33642" w:rsidRDefault="00000000">
            <w:r>
              <w:t>Emergency Contact</w:t>
            </w:r>
          </w:p>
        </w:tc>
        <w:tc>
          <w:tcPr>
            <w:tcW w:w="4320" w:type="dxa"/>
          </w:tcPr>
          <w:p w14:paraId="2E9885A4" w14:textId="77777777" w:rsidR="00B33642" w:rsidRDefault="00000000">
            <w:r>
              <w:t>Refer to the official website for current emergency telephone numbers.</w:t>
            </w:r>
          </w:p>
        </w:tc>
      </w:tr>
      <w:tr w:rsidR="00B33642" w14:paraId="61ED24C7" w14:textId="77777777">
        <w:tc>
          <w:tcPr>
            <w:tcW w:w="4320" w:type="dxa"/>
          </w:tcPr>
          <w:p w14:paraId="6F900F27" w14:textId="77777777" w:rsidR="00B33642" w:rsidRDefault="00000000">
            <w:r>
              <w:t>Official Website</w:t>
            </w:r>
          </w:p>
        </w:tc>
        <w:tc>
          <w:tcPr>
            <w:tcW w:w="4320" w:type="dxa"/>
          </w:tcPr>
          <w:p w14:paraId="04A2503F" w14:textId="77777777" w:rsidR="00B33642" w:rsidRDefault="00000000">
            <w:r>
              <w:t>https://www.mfat.govt.nz/</w:t>
            </w:r>
          </w:p>
        </w:tc>
      </w:tr>
      <w:tr w:rsidR="00B33642" w14:paraId="675DBF3D" w14:textId="77777777">
        <w:tc>
          <w:tcPr>
            <w:tcW w:w="4320" w:type="dxa"/>
          </w:tcPr>
          <w:p w14:paraId="61A8C05B" w14:textId="77777777" w:rsidR="00B33642" w:rsidRDefault="00000000">
            <w:r>
              <w:t>Services</w:t>
            </w:r>
          </w:p>
        </w:tc>
        <w:tc>
          <w:tcPr>
            <w:tcW w:w="4320" w:type="dxa"/>
          </w:tcPr>
          <w:p w14:paraId="21E849A3" w14:textId="77777777" w:rsidR="00B33642" w:rsidRDefault="00000000">
            <w:r>
              <w:t>Passport assistance, emergency consular support, travel documents and citizen services.</w:t>
            </w:r>
          </w:p>
        </w:tc>
      </w:tr>
    </w:tbl>
    <w:p w14:paraId="127E7CE0" w14:textId="77777777" w:rsidR="00B33642" w:rsidRDefault="00000000">
      <w:r>
        <w:br w:type="page"/>
      </w:r>
    </w:p>
    <w:p w14:paraId="19895E91" w14:textId="77777777" w:rsidR="00B33642" w:rsidRDefault="00000000">
      <w:pPr>
        <w:pStyle w:val="Heading1"/>
      </w:pPr>
      <w:r>
        <w:rPr>
          <w:color w:val="163A63"/>
        </w:rPr>
        <w:lastRenderedPageBreak/>
        <w:t>🇫🇷 France</w:t>
      </w:r>
    </w:p>
    <w:tbl>
      <w:tblPr>
        <w:tblStyle w:val="TableGrid"/>
        <w:tblW w:w="0" w:type="auto"/>
        <w:tblLook w:val="04A0" w:firstRow="1" w:lastRow="0" w:firstColumn="1" w:lastColumn="0" w:noHBand="0" w:noVBand="1"/>
      </w:tblPr>
      <w:tblGrid>
        <w:gridCol w:w="4313"/>
        <w:gridCol w:w="4317"/>
      </w:tblGrid>
      <w:tr w:rsidR="00B33642" w14:paraId="544174F7" w14:textId="77777777">
        <w:tc>
          <w:tcPr>
            <w:tcW w:w="4320" w:type="dxa"/>
          </w:tcPr>
          <w:p w14:paraId="45FD9533" w14:textId="77777777" w:rsidR="00B33642" w:rsidRDefault="00000000">
            <w:r>
              <w:t>Mission</w:t>
            </w:r>
          </w:p>
        </w:tc>
        <w:tc>
          <w:tcPr>
            <w:tcW w:w="4320" w:type="dxa"/>
          </w:tcPr>
          <w:p w14:paraId="2C51AC08" w14:textId="77777777" w:rsidR="00B33642" w:rsidRDefault="00000000">
            <w:r>
              <w:t>Embassy of France</w:t>
            </w:r>
          </w:p>
        </w:tc>
      </w:tr>
      <w:tr w:rsidR="00B33642" w14:paraId="710469DF" w14:textId="77777777">
        <w:tc>
          <w:tcPr>
            <w:tcW w:w="4320" w:type="dxa"/>
          </w:tcPr>
          <w:p w14:paraId="6E30FB33" w14:textId="77777777" w:rsidR="00B33642" w:rsidRDefault="00000000">
            <w:r>
              <w:t>City</w:t>
            </w:r>
          </w:p>
        </w:tc>
        <w:tc>
          <w:tcPr>
            <w:tcW w:w="4320" w:type="dxa"/>
          </w:tcPr>
          <w:p w14:paraId="6821BAB4" w14:textId="77777777" w:rsidR="00B33642" w:rsidRDefault="00000000">
            <w:r>
              <w:t>New Delhi</w:t>
            </w:r>
          </w:p>
        </w:tc>
      </w:tr>
      <w:tr w:rsidR="00B33642" w14:paraId="7A75BA52" w14:textId="77777777">
        <w:tc>
          <w:tcPr>
            <w:tcW w:w="4320" w:type="dxa"/>
          </w:tcPr>
          <w:p w14:paraId="515E9216" w14:textId="77777777" w:rsidR="00B33642" w:rsidRDefault="00000000">
            <w:r>
              <w:t>Address</w:t>
            </w:r>
          </w:p>
        </w:tc>
        <w:tc>
          <w:tcPr>
            <w:tcW w:w="4320" w:type="dxa"/>
          </w:tcPr>
          <w:p w14:paraId="34173C6C" w14:textId="77777777" w:rsidR="00B33642" w:rsidRDefault="00000000">
            <w:r>
              <w:t>Chanakyapuri, New Delhi</w:t>
            </w:r>
          </w:p>
        </w:tc>
      </w:tr>
      <w:tr w:rsidR="00B33642" w14:paraId="32314475" w14:textId="77777777">
        <w:tc>
          <w:tcPr>
            <w:tcW w:w="4320" w:type="dxa"/>
          </w:tcPr>
          <w:p w14:paraId="1179D9BF" w14:textId="77777777" w:rsidR="00B33642" w:rsidRDefault="00000000">
            <w:r>
              <w:t>Emergency Contact</w:t>
            </w:r>
          </w:p>
        </w:tc>
        <w:tc>
          <w:tcPr>
            <w:tcW w:w="4320" w:type="dxa"/>
          </w:tcPr>
          <w:p w14:paraId="0AA334E7" w14:textId="77777777" w:rsidR="00B33642" w:rsidRDefault="00000000">
            <w:r>
              <w:t>Refer to the official website for current emergency telephone numbers.</w:t>
            </w:r>
          </w:p>
        </w:tc>
      </w:tr>
      <w:tr w:rsidR="00B33642" w14:paraId="18042755" w14:textId="77777777">
        <w:tc>
          <w:tcPr>
            <w:tcW w:w="4320" w:type="dxa"/>
          </w:tcPr>
          <w:p w14:paraId="271BFB5F" w14:textId="77777777" w:rsidR="00B33642" w:rsidRDefault="00000000">
            <w:r>
              <w:t>Official Website</w:t>
            </w:r>
          </w:p>
        </w:tc>
        <w:tc>
          <w:tcPr>
            <w:tcW w:w="4320" w:type="dxa"/>
          </w:tcPr>
          <w:p w14:paraId="77872E32" w14:textId="77777777" w:rsidR="00B33642" w:rsidRDefault="00000000">
            <w:r>
              <w:t>https://in.ambafrance.org/</w:t>
            </w:r>
          </w:p>
        </w:tc>
      </w:tr>
      <w:tr w:rsidR="00B33642" w14:paraId="590D980B" w14:textId="77777777">
        <w:tc>
          <w:tcPr>
            <w:tcW w:w="4320" w:type="dxa"/>
          </w:tcPr>
          <w:p w14:paraId="7265A265" w14:textId="77777777" w:rsidR="00B33642" w:rsidRDefault="00000000">
            <w:r>
              <w:t>Services</w:t>
            </w:r>
          </w:p>
        </w:tc>
        <w:tc>
          <w:tcPr>
            <w:tcW w:w="4320" w:type="dxa"/>
          </w:tcPr>
          <w:p w14:paraId="4013F793" w14:textId="77777777" w:rsidR="00B33642" w:rsidRDefault="00000000">
            <w:r>
              <w:t>Passport assistance, emergency consular support, travel documents and citizen services.</w:t>
            </w:r>
          </w:p>
        </w:tc>
      </w:tr>
    </w:tbl>
    <w:p w14:paraId="798ECF6F" w14:textId="77777777" w:rsidR="00B33642" w:rsidRDefault="00000000">
      <w:r>
        <w:br w:type="page"/>
      </w:r>
    </w:p>
    <w:p w14:paraId="76B8D5AC" w14:textId="77777777" w:rsidR="00B33642" w:rsidRDefault="00000000">
      <w:pPr>
        <w:pStyle w:val="Heading1"/>
      </w:pPr>
      <w:r>
        <w:rPr>
          <w:color w:val="163A63"/>
        </w:rPr>
        <w:lastRenderedPageBreak/>
        <w:t>🇩🇪 Germany</w:t>
      </w:r>
    </w:p>
    <w:tbl>
      <w:tblPr>
        <w:tblStyle w:val="TableGrid"/>
        <w:tblW w:w="0" w:type="auto"/>
        <w:tblLook w:val="04A0" w:firstRow="1" w:lastRow="0" w:firstColumn="1" w:lastColumn="0" w:noHBand="0" w:noVBand="1"/>
      </w:tblPr>
      <w:tblGrid>
        <w:gridCol w:w="4314"/>
        <w:gridCol w:w="4316"/>
      </w:tblGrid>
      <w:tr w:rsidR="00B33642" w14:paraId="55C1C967" w14:textId="77777777">
        <w:tc>
          <w:tcPr>
            <w:tcW w:w="4320" w:type="dxa"/>
          </w:tcPr>
          <w:p w14:paraId="2BEA2D88" w14:textId="77777777" w:rsidR="00B33642" w:rsidRDefault="00000000">
            <w:r>
              <w:t>Mission</w:t>
            </w:r>
          </w:p>
        </w:tc>
        <w:tc>
          <w:tcPr>
            <w:tcW w:w="4320" w:type="dxa"/>
          </w:tcPr>
          <w:p w14:paraId="51E19299" w14:textId="77777777" w:rsidR="00B33642" w:rsidRDefault="00000000">
            <w:r>
              <w:t>Embassy of Germany</w:t>
            </w:r>
          </w:p>
        </w:tc>
      </w:tr>
      <w:tr w:rsidR="00B33642" w14:paraId="39B12D04" w14:textId="77777777">
        <w:tc>
          <w:tcPr>
            <w:tcW w:w="4320" w:type="dxa"/>
          </w:tcPr>
          <w:p w14:paraId="06585BBF" w14:textId="77777777" w:rsidR="00B33642" w:rsidRDefault="00000000">
            <w:r>
              <w:t>City</w:t>
            </w:r>
          </w:p>
        </w:tc>
        <w:tc>
          <w:tcPr>
            <w:tcW w:w="4320" w:type="dxa"/>
          </w:tcPr>
          <w:p w14:paraId="06C47460" w14:textId="77777777" w:rsidR="00B33642" w:rsidRDefault="00000000">
            <w:r>
              <w:t>New Delhi</w:t>
            </w:r>
          </w:p>
        </w:tc>
      </w:tr>
      <w:tr w:rsidR="00B33642" w14:paraId="7157EB43" w14:textId="77777777">
        <w:tc>
          <w:tcPr>
            <w:tcW w:w="4320" w:type="dxa"/>
          </w:tcPr>
          <w:p w14:paraId="5D18B763" w14:textId="77777777" w:rsidR="00B33642" w:rsidRDefault="00000000">
            <w:r>
              <w:t>Address</w:t>
            </w:r>
          </w:p>
        </w:tc>
        <w:tc>
          <w:tcPr>
            <w:tcW w:w="4320" w:type="dxa"/>
          </w:tcPr>
          <w:p w14:paraId="18402F01" w14:textId="77777777" w:rsidR="00B33642" w:rsidRDefault="00000000">
            <w:r>
              <w:t>Chanakyapuri, New Delhi</w:t>
            </w:r>
          </w:p>
        </w:tc>
      </w:tr>
      <w:tr w:rsidR="00B33642" w14:paraId="41E21F6A" w14:textId="77777777">
        <w:tc>
          <w:tcPr>
            <w:tcW w:w="4320" w:type="dxa"/>
          </w:tcPr>
          <w:p w14:paraId="54E9687E" w14:textId="77777777" w:rsidR="00B33642" w:rsidRDefault="00000000">
            <w:r>
              <w:t>Emergency Contact</w:t>
            </w:r>
          </w:p>
        </w:tc>
        <w:tc>
          <w:tcPr>
            <w:tcW w:w="4320" w:type="dxa"/>
          </w:tcPr>
          <w:p w14:paraId="195A8D0E" w14:textId="77777777" w:rsidR="00B33642" w:rsidRDefault="00000000">
            <w:r>
              <w:t>Refer to the official website for current emergency telephone numbers.</w:t>
            </w:r>
          </w:p>
        </w:tc>
      </w:tr>
      <w:tr w:rsidR="00B33642" w14:paraId="7B77ED5D" w14:textId="77777777">
        <w:tc>
          <w:tcPr>
            <w:tcW w:w="4320" w:type="dxa"/>
          </w:tcPr>
          <w:p w14:paraId="1ADBEA5F" w14:textId="77777777" w:rsidR="00B33642" w:rsidRDefault="00000000">
            <w:r>
              <w:t>Official Website</w:t>
            </w:r>
          </w:p>
        </w:tc>
        <w:tc>
          <w:tcPr>
            <w:tcW w:w="4320" w:type="dxa"/>
          </w:tcPr>
          <w:p w14:paraId="01BAEF38" w14:textId="77777777" w:rsidR="00B33642" w:rsidRDefault="00000000">
            <w:r>
              <w:t>https://india.diplo.de/</w:t>
            </w:r>
          </w:p>
        </w:tc>
      </w:tr>
      <w:tr w:rsidR="00B33642" w14:paraId="45A6E0C3" w14:textId="77777777">
        <w:tc>
          <w:tcPr>
            <w:tcW w:w="4320" w:type="dxa"/>
          </w:tcPr>
          <w:p w14:paraId="42DA0791" w14:textId="77777777" w:rsidR="00B33642" w:rsidRDefault="00000000">
            <w:r>
              <w:t>Services</w:t>
            </w:r>
          </w:p>
        </w:tc>
        <w:tc>
          <w:tcPr>
            <w:tcW w:w="4320" w:type="dxa"/>
          </w:tcPr>
          <w:p w14:paraId="41611D1E" w14:textId="77777777" w:rsidR="00B33642" w:rsidRDefault="00000000">
            <w:r>
              <w:t>Passport assistance, emergency consular support, travel documents and citizen services.</w:t>
            </w:r>
          </w:p>
        </w:tc>
      </w:tr>
    </w:tbl>
    <w:p w14:paraId="2E098304" w14:textId="77777777" w:rsidR="00B33642" w:rsidRDefault="00000000">
      <w:r>
        <w:br w:type="page"/>
      </w:r>
    </w:p>
    <w:p w14:paraId="3DF3F2B1" w14:textId="77777777" w:rsidR="00B33642" w:rsidRDefault="00000000">
      <w:pPr>
        <w:pStyle w:val="Heading1"/>
      </w:pPr>
      <w:r>
        <w:rPr>
          <w:color w:val="163A63"/>
        </w:rPr>
        <w:lastRenderedPageBreak/>
        <w:t>🇮🇹 Italy</w:t>
      </w:r>
    </w:p>
    <w:tbl>
      <w:tblPr>
        <w:tblStyle w:val="TableGrid"/>
        <w:tblW w:w="0" w:type="auto"/>
        <w:tblLook w:val="04A0" w:firstRow="1" w:lastRow="0" w:firstColumn="1" w:lastColumn="0" w:noHBand="0" w:noVBand="1"/>
      </w:tblPr>
      <w:tblGrid>
        <w:gridCol w:w="4313"/>
        <w:gridCol w:w="4317"/>
      </w:tblGrid>
      <w:tr w:rsidR="00B33642" w14:paraId="24E65732" w14:textId="77777777">
        <w:tc>
          <w:tcPr>
            <w:tcW w:w="4320" w:type="dxa"/>
          </w:tcPr>
          <w:p w14:paraId="52B239A8" w14:textId="77777777" w:rsidR="00B33642" w:rsidRDefault="00000000">
            <w:r>
              <w:t>Mission</w:t>
            </w:r>
          </w:p>
        </w:tc>
        <w:tc>
          <w:tcPr>
            <w:tcW w:w="4320" w:type="dxa"/>
          </w:tcPr>
          <w:p w14:paraId="1A5AB534" w14:textId="77777777" w:rsidR="00B33642" w:rsidRDefault="00000000">
            <w:r>
              <w:t>Embassy of Italy</w:t>
            </w:r>
          </w:p>
        </w:tc>
      </w:tr>
      <w:tr w:rsidR="00B33642" w14:paraId="2B7388EB" w14:textId="77777777">
        <w:tc>
          <w:tcPr>
            <w:tcW w:w="4320" w:type="dxa"/>
          </w:tcPr>
          <w:p w14:paraId="33ABE1B2" w14:textId="77777777" w:rsidR="00B33642" w:rsidRDefault="00000000">
            <w:r>
              <w:t>City</w:t>
            </w:r>
          </w:p>
        </w:tc>
        <w:tc>
          <w:tcPr>
            <w:tcW w:w="4320" w:type="dxa"/>
          </w:tcPr>
          <w:p w14:paraId="63FE3CE8" w14:textId="77777777" w:rsidR="00B33642" w:rsidRDefault="00000000">
            <w:r>
              <w:t>New Delhi</w:t>
            </w:r>
          </w:p>
        </w:tc>
      </w:tr>
      <w:tr w:rsidR="00B33642" w14:paraId="1168498C" w14:textId="77777777">
        <w:tc>
          <w:tcPr>
            <w:tcW w:w="4320" w:type="dxa"/>
          </w:tcPr>
          <w:p w14:paraId="0A5863C9" w14:textId="77777777" w:rsidR="00B33642" w:rsidRDefault="00000000">
            <w:r>
              <w:t>Address</w:t>
            </w:r>
          </w:p>
        </w:tc>
        <w:tc>
          <w:tcPr>
            <w:tcW w:w="4320" w:type="dxa"/>
          </w:tcPr>
          <w:p w14:paraId="7BF8C346" w14:textId="77777777" w:rsidR="00B33642" w:rsidRDefault="00000000">
            <w:r>
              <w:t>Chanakyapuri, New Delhi</w:t>
            </w:r>
          </w:p>
        </w:tc>
      </w:tr>
      <w:tr w:rsidR="00B33642" w14:paraId="0F037EA6" w14:textId="77777777">
        <w:tc>
          <w:tcPr>
            <w:tcW w:w="4320" w:type="dxa"/>
          </w:tcPr>
          <w:p w14:paraId="68DA2FBD" w14:textId="77777777" w:rsidR="00B33642" w:rsidRDefault="00000000">
            <w:r>
              <w:t>Emergency Contact</w:t>
            </w:r>
          </w:p>
        </w:tc>
        <w:tc>
          <w:tcPr>
            <w:tcW w:w="4320" w:type="dxa"/>
          </w:tcPr>
          <w:p w14:paraId="15664220" w14:textId="77777777" w:rsidR="00B33642" w:rsidRDefault="00000000">
            <w:r>
              <w:t>Refer to the official website for current emergency telephone numbers.</w:t>
            </w:r>
          </w:p>
        </w:tc>
      </w:tr>
      <w:tr w:rsidR="00B33642" w14:paraId="5458181D" w14:textId="77777777">
        <w:tc>
          <w:tcPr>
            <w:tcW w:w="4320" w:type="dxa"/>
          </w:tcPr>
          <w:p w14:paraId="141E628D" w14:textId="77777777" w:rsidR="00B33642" w:rsidRDefault="00000000">
            <w:r>
              <w:t>Official Website</w:t>
            </w:r>
          </w:p>
        </w:tc>
        <w:tc>
          <w:tcPr>
            <w:tcW w:w="4320" w:type="dxa"/>
          </w:tcPr>
          <w:p w14:paraId="6CB77032" w14:textId="77777777" w:rsidR="00B33642" w:rsidRDefault="00000000">
            <w:r>
              <w:t>https://ambnewdelhi.esteri.it/</w:t>
            </w:r>
          </w:p>
        </w:tc>
      </w:tr>
      <w:tr w:rsidR="00B33642" w14:paraId="089D5B00" w14:textId="77777777">
        <w:tc>
          <w:tcPr>
            <w:tcW w:w="4320" w:type="dxa"/>
          </w:tcPr>
          <w:p w14:paraId="52A1E461" w14:textId="77777777" w:rsidR="00B33642" w:rsidRDefault="00000000">
            <w:r>
              <w:t>Services</w:t>
            </w:r>
          </w:p>
        </w:tc>
        <w:tc>
          <w:tcPr>
            <w:tcW w:w="4320" w:type="dxa"/>
          </w:tcPr>
          <w:p w14:paraId="27C340E5" w14:textId="77777777" w:rsidR="00B33642" w:rsidRDefault="00000000">
            <w:r>
              <w:t>Passport assistance, emergency consular support, travel documents and citizen services.</w:t>
            </w:r>
          </w:p>
        </w:tc>
      </w:tr>
    </w:tbl>
    <w:p w14:paraId="17B8BF42" w14:textId="77777777" w:rsidR="00B33642" w:rsidRDefault="00000000">
      <w:r>
        <w:br w:type="page"/>
      </w:r>
    </w:p>
    <w:p w14:paraId="258DF98E" w14:textId="77777777" w:rsidR="00B33642" w:rsidRDefault="00000000">
      <w:pPr>
        <w:pStyle w:val="Heading1"/>
      </w:pPr>
      <w:r>
        <w:rPr>
          <w:color w:val="163A63"/>
        </w:rPr>
        <w:lastRenderedPageBreak/>
        <w:t>🇪🇸 Spain</w:t>
      </w:r>
    </w:p>
    <w:tbl>
      <w:tblPr>
        <w:tblStyle w:val="TableGrid"/>
        <w:tblW w:w="0" w:type="auto"/>
        <w:tblLook w:val="04A0" w:firstRow="1" w:lastRow="0" w:firstColumn="1" w:lastColumn="0" w:noHBand="0" w:noVBand="1"/>
      </w:tblPr>
      <w:tblGrid>
        <w:gridCol w:w="3109"/>
        <w:gridCol w:w="5521"/>
      </w:tblGrid>
      <w:tr w:rsidR="00B33642" w14:paraId="33A5FD6F" w14:textId="77777777">
        <w:tc>
          <w:tcPr>
            <w:tcW w:w="4320" w:type="dxa"/>
          </w:tcPr>
          <w:p w14:paraId="52AB875D" w14:textId="77777777" w:rsidR="00B33642" w:rsidRDefault="00000000">
            <w:r>
              <w:t>Mission</w:t>
            </w:r>
          </w:p>
        </w:tc>
        <w:tc>
          <w:tcPr>
            <w:tcW w:w="4320" w:type="dxa"/>
          </w:tcPr>
          <w:p w14:paraId="1974DF44" w14:textId="77777777" w:rsidR="00B33642" w:rsidRDefault="00000000">
            <w:r>
              <w:t>Embassy of Spain</w:t>
            </w:r>
          </w:p>
        </w:tc>
      </w:tr>
      <w:tr w:rsidR="00B33642" w14:paraId="7B79BBB8" w14:textId="77777777">
        <w:tc>
          <w:tcPr>
            <w:tcW w:w="4320" w:type="dxa"/>
          </w:tcPr>
          <w:p w14:paraId="01F85AFA" w14:textId="77777777" w:rsidR="00B33642" w:rsidRDefault="00000000">
            <w:r>
              <w:t>City</w:t>
            </w:r>
          </w:p>
        </w:tc>
        <w:tc>
          <w:tcPr>
            <w:tcW w:w="4320" w:type="dxa"/>
          </w:tcPr>
          <w:p w14:paraId="2FC6DF85" w14:textId="77777777" w:rsidR="00B33642" w:rsidRDefault="00000000">
            <w:r>
              <w:t>New Delhi</w:t>
            </w:r>
          </w:p>
        </w:tc>
      </w:tr>
      <w:tr w:rsidR="00B33642" w14:paraId="4F48C5EA" w14:textId="77777777">
        <w:tc>
          <w:tcPr>
            <w:tcW w:w="4320" w:type="dxa"/>
          </w:tcPr>
          <w:p w14:paraId="082380DA" w14:textId="77777777" w:rsidR="00B33642" w:rsidRDefault="00000000">
            <w:r>
              <w:t>Address</w:t>
            </w:r>
          </w:p>
        </w:tc>
        <w:tc>
          <w:tcPr>
            <w:tcW w:w="4320" w:type="dxa"/>
          </w:tcPr>
          <w:p w14:paraId="5512DA2D" w14:textId="77777777" w:rsidR="00B33642" w:rsidRDefault="00000000">
            <w:r>
              <w:t>New Delhi</w:t>
            </w:r>
          </w:p>
        </w:tc>
      </w:tr>
      <w:tr w:rsidR="00B33642" w14:paraId="6A20D2FA" w14:textId="77777777">
        <w:tc>
          <w:tcPr>
            <w:tcW w:w="4320" w:type="dxa"/>
          </w:tcPr>
          <w:p w14:paraId="35DD8C7B" w14:textId="77777777" w:rsidR="00B33642" w:rsidRDefault="00000000">
            <w:r>
              <w:t>Emergency Contact</w:t>
            </w:r>
          </w:p>
        </w:tc>
        <w:tc>
          <w:tcPr>
            <w:tcW w:w="4320" w:type="dxa"/>
          </w:tcPr>
          <w:p w14:paraId="0F6328CC" w14:textId="77777777" w:rsidR="00B33642" w:rsidRDefault="00000000">
            <w:r>
              <w:t>Refer to the official website for current emergency telephone numbers.</w:t>
            </w:r>
          </w:p>
        </w:tc>
      </w:tr>
      <w:tr w:rsidR="00B33642" w14:paraId="7186FE20" w14:textId="77777777">
        <w:tc>
          <w:tcPr>
            <w:tcW w:w="4320" w:type="dxa"/>
          </w:tcPr>
          <w:p w14:paraId="084ABBDB" w14:textId="77777777" w:rsidR="00B33642" w:rsidRDefault="00000000">
            <w:r>
              <w:t>Official Website</w:t>
            </w:r>
          </w:p>
        </w:tc>
        <w:tc>
          <w:tcPr>
            <w:tcW w:w="4320" w:type="dxa"/>
          </w:tcPr>
          <w:p w14:paraId="36157DC7" w14:textId="77777777" w:rsidR="00B33642" w:rsidRDefault="00000000">
            <w:r>
              <w:t>https://www.exteriores.gob.es/Embajadas/nuevadelhi/</w:t>
            </w:r>
          </w:p>
        </w:tc>
      </w:tr>
      <w:tr w:rsidR="00B33642" w14:paraId="24D7E6E3" w14:textId="77777777">
        <w:tc>
          <w:tcPr>
            <w:tcW w:w="4320" w:type="dxa"/>
          </w:tcPr>
          <w:p w14:paraId="62D012BA" w14:textId="77777777" w:rsidR="00B33642" w:rsidRDefault="00000000">
            <w:r>
              <w:t>Services</w:t>
            </w:r>
          </w:p>
        </w:tc>
        <w:tc>
          <w:tcPr>
            <w:tcW w:w="4320" w:type="dxa"/>
          </w:tcPr>
          <w:p w14:paraId="636B4235" w14:textId="77777777" w:rsidR="00B33642" w:rsidRDefault="00000000">
            <w:r>
              <w:t>Passport assistance, emergency consular support, travel documents and citizen services.</w:t>
            </w:r>
          </w:p>
        </w:tc>
      </w:tr>
    </w:tbl>
    <w:p w14:paraId="09C16111" w14:textId="77777777" w:rsidR="00B33642" w:rsidRDefault="00000000">
      <w:r>
        <w:br w:type="page"/>
      </w:r>
    </w:p>
    <w:p w14:paraId="5AB59168" w14:textId="77777777" w:rsidR="00B33642" w:rsidRDefault="00000000">
      <w:pPr>
        <w:pStyle w:val="Heading1"/>
      </w:pPr>
      <w:r>
        <w:rPr>
          <w:color w:val="163A63"/>
        </w:rPr>
        <w:lastRenderedPageBreak/>
        <w:t>🇳🇱 Netherlands</w:t>
      </w:r>
    </w:p>
    <w:tbl>
      <w:tblPr>
        <w:tblStyle w:val="TableGrid"/>
        <w:tblW w:w="0" w:type="auto"/>
        <w:tblLook w:val="04A0" w:firstRow="1" w:lastRow="0" w:firstColumn="1" w:lastColumn="0" w:noHBand="0" w:noVBand="1"/>
      </w:tblPr>
      <w:tblGrid>
        <w:gridCol w:w="4312"/>
        <w:gridCol w:w="4318"/>
      </w:tblGrid>
      <w:tr w:rsidR="00B33642" w14:paraId="0852EB09" w14:textId="77777777">
        <w:tc>
          <w:tcPr>
            <w:tcW w:w="4320" w:type="dxa"/>
          </w:tcPr>
          <w:p w14:paraId="02982085" w14:textId="77777777" w:rsidR="00B33642" w:rsidRDefault="00000000">
            <w:r>
              <w:t>Mission</w:t>
            </w:r>
          </w:p>
        </w:tc>
        <w:tc>
          <w:tcPr>
            <w:tcW w:w="4320" w:type="dxa"/>
          </w:tcPr>
          <w:p w14:paraId="21244AB6" w14:textId="77777777" w:rsidR="00B33642" w:rsidRDefault="00000000">
            <w:r>
              <w:t>Embassy of the Netherlands</w:t>
            </w:r>
          </w:p>
        </w:tc>
      </w:tr>
      <w:tr w:rsidR="00B33642" w14:paraId="3F7BCBEC" w14:textId="77777777">
        <w:tc>
          <w:tcPr>
            <w:tcW w:w="4320" w:type="dxa"/>
          </w:tcPr>
          <w:p w14:paraId="700F6440" w14:textId="77777777" w:rsidR="00B33642" w:rsidRDefault="00000000">
            <w:r>
              <w:t>City</w:t>
            </w:r>
          </w:p>
        </w:tc>
        <w:tc>
          <w:tcPr>
            <w:tcW w:w="4320" w:type="dxa"/>
          </w:tcPr>
          <w:p w14:paraId="1985DCFE" w14:textId="77777777" w:rsidR="00B33642" w:rsidRDefault="00000000">
            <w:r>
              <w:t>New Delhi</w:t>
            </w:r>
          </w:p>
        </w:tc>
      </w:tr>
      <w:tr w:rsidR="00B33642" w14:paraId="683B7697" w14:textId="77777777">
        <w:tc>
          <w:tcPr>
            <w:tcW w:w="4320" w:type="dxa"/>
          </w:tcPr>
          <w:p w14:paraId="0B4AF9CD" w14:textId="77777777" w:rsidR="00B33642" w:rsidRDefault="00000000">
            <w:r>
              <w:t>Address</w:t>
            </w:r>
          </w:p>
        </w:tc>
        <w:tc>
          <w:tcPr>
            <w:tcW w:w="4320" w:type="dxa"/>
          </w:tcPr>
          <w:p w14:paraId="565DD183" w14:textId="77777777" w:rsidR="00B33642" w:rsidRDefault="00000000">
            <w:r>
              <w:t>New Delhi</w:t>
            </w:r>
          </w:p>
        </w:tc>
      </w:tr>
      <w:tr w:rsidR="00B33642" w14:paraId="72ED6C12" w14:textId="77777777">
        <w:tc>
          <w:tcPr>
            <w:tcW w:w="4320" w:type="dxa"/>
          </w:tcPr>
          <w:p w14:paraId="4C415D31" w14:textId="77777777" w:rsidR="00B33642" w:rsidRDefault="00000000">
            <w:r>
              <w:t>Emergency Contact</w:t>
            </w:r>
          </w:p>
        </w:tc>
        <w:tc>
          <w:tcPr>
            <w:tcW w:w="4320" w:type="dxa"/>
          </w:tcPr>
          <w:p w14:paraId="02A0EE95" w14:textId="77777777" w:rsidR="00B33642" w:rsidRDefault="00000000">
            <w:r>
              <w:t>Refer to the official website for current emergency telephone numbers.</w:t>
            </w:r>
          </w:p>
        </w:tc>
      </w:tr>
      <w:tr w:rsidR="00B33642" w14:paraId="6966D058" w14:textId="77777777">
        <w:tc>
          <w:tcPr>
            <w:tcW w:w="4320" w:type="dxa"/>
          </w:tcPr>
          <w:p w14:paraId="1957D33F" w14:textId="77777777" w:rsidR="00B33642" w:rsidRDefault="00000000">
            <w:r>
              <w:t>Official Website</w:t>
            </w:r>
          </w:p>
        </w:tc>
        <w:tc>
          <w:tcPr>
            <w:tcW w:w="4320" w:type="dxa"/>
          </w:tcPr>
          <w:p w14:paraId="594FE73C" w14:textId="77777777" w:rsidR="00B33642" w:rsidRDefault="00000000">
            <w:r>
              <w:t>https://www.netherlandsandyou.nl/</w:t>
            </w:r>
          </w:p>
        </w:tc>
      </w:tr>
      <w:tr w:rsidR="00B33642" w14:paraId="1924B5E5" w14:textId="77777777">
        <w:tc>
          <w:tcPr>
            <w:tcW w:w="4320" w:type="dxa"/>
          </w:tcPr>
          <w:p w14:paraId="2853C139" w14:textId="77777777" w:rsidR="00B33642" w:rsidRDefault="00000000">
            <w:r>
              <w:t>Services</w:t>
            </w:r>
          </w:p>
        </w:tc>
        <w:tc>
          <w:tcPr>
            <w:tcW w:w="4320" w:type="dxa"/>
          </w:tcPr>
          <w:p w14:paraId="302867D9" w14:textId="77777777" w:rsidR="00B33642" w:rsidRDefault="00000000">
            <w:r>
              <w:t>Passport assistance, emergency consular support, travel documents and citizen services.</w:t>
            </w:r>
          </w:p>
        </w:tc>
      </w:tr>
    </w:tbl>
    <w:p w14:paraId="3062BF4D" w14:textId="77777777" w:rsidR="00B33642" w:rsidRDefault="00000000">
      <w:r>
        <w:br w:type="page"/>
      </w:r>
    </w:p>
    <w:p w14:paraId="5751ADC9" w14:textId="77777777" w:rsidR="00B33642" w:rsidRDefault="00000000">
      <w:pPr>
        <w:pStyle w:val="Heading1"/>
      </w:pPr>
      <w:r>
        <w:rPr>
          <w:color w:val="163A63"/>
        </w:rPr>
        <w:lastRenderedPageBreak/>
        <w:t>🇨🇭 Switzerland</w:t>
      </w:r>
    </w:p>
    <w:tbl>
      <w:tblPr>
        <w:tblStyle w:val="TableGrid"/>
        <w:tblW w:w="0" w:type="auto"/>
        <w:tblLook w:val="04A0" w:firstRow="1" w:lastRow="0" w:firstColumn="1" w:lastColumn="0" w:noHBand="0" w:noVBand="1"/>
      </w:tblPr>
      <w:tblGrid>
        <w:gridCol w:w="4312"/>
        <w:gridCol w:w="4318"/>
      </w:tblGrid>
      <w:tr w:rsidR="00B33642" w14:paraId="3DF7FA04" w14:textId="77777777">
        <w:tc>
          <w:tcPr>
            <w:tcW w:w="4320" w:type="dxa"/>
          </w:tcPr>
          <w:p w14:paraId="7384D66D" w14:textId="77777777" w:rsidR="00B33642" w:rsidRDefault="00000000">
            <w:r>
              <w:t>Mission</w:t>
            </w:r>
          </w:p>
        </w:tc>
        <w:tc>
          <w:tcPr>
            <w:tcW w:w="4320" w:type="dxa"/>
          </w:tcPr>
          <w:p w14:paraId="4A230EB4" w14:textId="77777777" w:rsidR="00B33642" w:rsidRDefault="00000000">
            <w:r>
              <w:t>Embassy of Switzerland</w:t>
            </w:r>
          </w:p>
        </w:tc>
      </w:tr>
      <w:tr w:rsidR="00B33642" w14:paraId="1CA20F40" w14:textId="77777777">
        <w:tc>
          <w:tcPr>
            <w:tcW w:w="4320" w:type="dxa"/>
          </w:tcPr>
          <w:p w14:paraId="6D3F3122" w14:textId="77777777" w:rsidR="00B33642" w:rsidRDefault="00000000">
            <w:r>
              <w:t>City</w:t>
            </w:r>
          </w:p>
        </w:tc>
        <w:tc>
          <w:tcPr>
            <w:tcW w:w="4320" w:type="dxa"/>
          </w:tcPr>
          <w:p w14:paraId="2C4CE2B5" w14:textId="77777777" w:rsidR="00B33642" w:rsidRDefault="00000000">
            <w:r>
              <w:t>New Delhi</w:t>
            </w:r>
          </w:p>
        </w:tc>
      </w:tr>
      <w:tr w:rsidR="00B33642" w14:paraId="0BA431D0" w14:textId="77777777">
        <w:tc>
          <w:tcPr>
            <w:tcW w:w="4320" w:type="dxa"/>
          </w:tcPr>
          <w:p w14:paraId="102FC765" w14:textId="77777777" w:rsidR="00B33642" w:rsidRDefault="00000000">
            <w:r>
              <w:t>Address</w:t>
            </w:r>
          </w:p>
        </w:tc>
        <w:tc>
          <w:tcPr>
            <w:tcW w:w="4320" w:type="dxa"/>
          </w:tcPr>
          <w:p w14:paraId="14012990" w14:textId="77777777" w:rsidR="00B33642" w:rsidRDefault="00000000">
            <w:r>
              <w:t>New Delhi</w:t>
            </w:r>
          </w:p>
        </w:tc>
      </w:tr>
      <w:tr w:rsidR="00B33642" w14:paraId="12D6E922" w14:textId="77777777">
        <w:tc>
          <w:tcPr>
            <w:tcW w:w="4320" w:type="dxa"/>
          </w:tcPr>
          <w:p w14:paraId="3517AA64" w14:textId="77777777" w:rsidR="00B33642" w:rsidRDefault="00000000">
            <w:r>
              <w:t>Emergency Contact</w:t>
            </w:r>
          </w:p>
        </w:tc>
        <w:tc>
          <w:tcPr>
            <w:tcW w:w="4320" w:type="dxa"/>
          </w:tcPr>
          <w:p w14:paraId="67F09026" w14:textId="77777777" w:rsidR="00B33642" w:rsidRDefault="00000000">
            <w:r>
              <w:t>Refer to the official website for current emergency telephone numbers.</w:t>
            </w:r>
          </w:p>
        </w:tc>
      </w:tr>
      <w:tr w:rsidR="00B33642" w14:paraId="269FD253" w14:textId="77777777">
        <w:tc>
          <w:tcPr>
            <w:tcW w:w="4320" w:type="dxa"/>
          </w:tcPr>
          <w:p w14:paraId="59BA8355" w14:textId="77777777" w:rsidR="00B33642" w:rsidRDefault="00000000">
            <w:r>
              <w:t>Official Website</w:t>
            </w:r>
          </w:p>
        </w:tc>
        <w:tc>
          <w:tcPr>
            <w:tcW w:w="4320" w:type="dxa"/>
          </w:tcPr>
          <w:p w14:paraId="634D46BE" w14:textId="77777777" w:rsidR="00B33642" w:rsidRDefault="00000000">
            <w:r>
              <w:t>https://www.eda.admin.ch/newdelhi</w:t>
            </w:r>
          </w:p>
        </w:tc>
      </w:tr>
      <w:tr w:rsidR="00B33642" w14:paraId="3894A729" w14:textId="77777777">
        <w:tc>
          <w:tcPr>
            <w:tcW w:w="4320" w:type="dxa"/>
          </w:tcPr>
          <w:p w14:paraId="5C5471D3" w14:textId="77777777" w:rsidR="00B33642" w:rsidRDefault="00000000">
            <w:r>
              <w:t>Services</w:t>
            </w:r>
          </w:p>
        </w:tc>
        <w:tc>
          <w:tcPr>
            <w:tcW w:w="4320" w:type="dxa"/>
          </w:tcPr>
          <w:p w14:paraId="2E9F83EB" w14:textId="77777777" w:rsidR="00B33642" w:rsidRDefault="00000000">
            <w:r>
              <w:t>Passport assistance, emergency consular support, travel documents and citizen services.</w:t>
            </w:r>
          </w:p>
        </w:tc>
      </w:tr>
    </w:tbl>
    <w:p w14:paraId="39DDB31A" w14:textId="77777777" w:rsidR="00B33642" w:rsidRDefault="00000000">
      <w:r>
        <w:br w:type="page"/>
      </w:r>
    </w:p>
    <w:p w14:paraId="092CB2CF" w14:textId="77777777" w:rsidR="00B33642" w:rsidRDefault="00000000">
      <w:pPr>
        <w:pStyle w:val="Heading1"/>
      </w:pPr>
      <w:r>
        <w:rPr>
          <w:color w:val="163A63"/>
        </w:rPr>
        <w:lastRenderedPageBreak/>
        <w:t>🇧🇪 Belgium</w:t>
      </w:r>
    </w:p>
    <w:tbl>
      <w:tblPr>
        <w:tblStyle w:val="TableGrid"/>
        <w:tblW w:w="0" w:type="auto"/>
        <w:tblLook w:val="04A0" w:firstRow="1" w:lastRow="0" w:firstColumn="1" w:lastColumn="0" w:noHBand="0" w:noVBand="1"/>
      </w:tblPr>
      <w:tblGrid>
        <w:gridCol w:w="4312"/>
        <w:gridCol w:w="4318"/>
      </w:tblGrid>
      <w:tr w:rsidR="00B33642" w14:paraId="7F9FAE4E" w14:textId="77777777">
        <w:tc>
          <w:tcPr>
            <w:tcW w:w="4320" w:type="dxa"/>
          </w:tcPr>
          <w:p w14:paraId="12D451D2" w14:textId="77777777" w:rsidR="00B33642" w:rsidRDefault="00000000">
            <w:r>
              <w:t>Mission</w:t>
            </w:r>
          </w:p>
        </w:tc>
        <w:tc>
          <w:tcPr>
            <w:tcW w:w="4320" w:type="dxa"/>
          </w:tcPr>
          <w:p w14:paraId="7653959D" w14:textId="77777777" w:rsidR="00B33642" w:rsidRDefault="00000000">
            <w:r>
              <w:t>Embassy of Belgium</w:t>
            </w:r>
          </w:p>
        </w:tc>
      </w:tr>
      <w:tr w:rsidR="00B33642" w14:paraId="212A6D17" w14:textId="77777777">
        <w:tc>
          <w:tcPr>
            <w:tcW w:w="4320" w:type="dxa"/>
          </w:tcPr>
          <w:p w14:paraId="2BEED35C" w14:textId="77777777" w:rsidR="00B33642" w:rsidRDefault="00000000">
            <w:r>
              <w:t>City</w:t>
            </w:r>
          </w:p>
        </w:tc>
        <w:tc>
          <w:tcPr>
            <w:tcW w:w="4320" w:type="dxa"/>
          </w:tcPr>
          <w:p w14:paraId="042F2EFE" w14:textId="77777777" w:rsidR="00B33642" w:rsidRDefault="00000000">
            <w:r>
              <w:t>New Delhi</w:t>
            </w:r>
          </w:p>
        </w:tc>
      </w:tr>
      <w:tr w:rsidR="00B33642" w14:paraId="56FEAA15" w14:textId="77777777">
        <w:tc>
          <w:tcPr>
            <w:tcW w:w="4320" w:type="dxa"/>
          </w:tcPr>
          <w:p w14:paraId="73A7C246" w14:textId="77777777" w:rsidR="00B33642" w:rsidRDefault="00000000">
            <w:r>
              <w:t>Address</w:t>
            </w:r>
          </w:p>
        </w:tc>
        <w:tc>
          <w:tcPr>
            <w:tcW w:w="4320" w:type="dxa"/>
          </w:tcPr>
          <w:p w14:paraId="05D4FD1B" w14:textId="77777777" w:rsidR="00B33642" w:rsidRDefault="00000000">
            <w:r>
              <w:t>Chanakyapuri, New Delhi</w:t>
            </w:r>
          </w:p>
        </w:tc>
      </w:tr>
      <w:tr w:rsidR="00B33642" w14:paraId="6BF211E4" w14:textId="77777777">
        <w:tc>
          <w:tcPr>
            <w:tcW w:w="4320" w:type="dxa"/>
          </w:tcPr>
          <w:p w14:paraId="02CFC717" w14:textId="77777777" w:rsidR="00B33642" w:rsidRDefault="00000000">
            <w:r>
              <w:t>Emergency Contact</w:t>
            </w:r>
          </w:p>
        </w:tc>
        <w:tc>
          <w:tcPr>
            <w:tcW w:w="4320" w:type="dxa"/>
          </w:tcPr>
          <w:p w14:paraId="78158090" w14:textId="77777777" w:rsidR="00B33642" w:rsidRDefault="00000000">
            <w:r>
              <w:t>Refer to the official website for current emergency telephone numbers.</w:t>
            </w:r>
          </w:p>
        </w:tc>
      </w:tr>
      <w:tr w:rsidR="00B33642" w14:paraId="64061146" w14:textId="77777777">
        <w:tc>
          <w:tcPr>
            <w:tcW w:w="4320" w:type="dxa"/>
          </w:tcPr>
          <w:p w14:paraId="40A5593B" w14:textId="77777777" w:rsidR="00B33642" w:rsidRDefault="00000000">
            <w:r>
              <w:t>Official Website</w:t>
            </w:r>
          </w:p>
        </w:tc>
        <w:tc>
          <w:tcPr>
            <w:tcW w:w="4320" w:type="dxa"/>
          </w:tcPr>
          <w:p w14:paraId="225CFA96" w14:textId="77777777" w:rsidR="00B33642" w:rsidRDefault="00000000">
            <w:r>
              <w:t>https://india.diplomatie.belgium.be/</w:t>
            </w:r>
          </w:p>
        </w:tc>
      </w:tr>
      <w:tr w:rsidR="00B33642" w14:paraId="0D895A49" w14:textId="77777777">
        <w:tc>
          <w:tcPr>
            <w:tcW w:w="4320" w:type="dxa"/>
          </w:tcPr>
          <w:p w14:paraId="57D1A0E4" w14:textId="77777777" w:rsidR="00B33642" w:rsidRDefault="00000000">
            <w:r>
              <w:t>Services</w:t>
            </w:r>
          </w:p>
        </w:tc>
        <w:tc>
          <w:tcPr>
            <w:tcW w:w="4320" w:type="dxa"/>
          </w:tcPr>
          <w:p w14:paraId="20162B57" w14:textId="77777777" w:rsidR="00B33642" w:rsidRDefault="00000000">
            <w:r>
              <w:t>Passport assistance, emergency consular support, travel documents and citizen services.</w:t>
            </w:r>
          </w:p>
        </w:tc>
      </w:tr>
    </w:tbl>
    <w:p w14:paraId="69596667" w14:textId="77777777" w:rsidR="00B33642" w:rsidRDefault="00000000">
      <w:r>
        <w:br w:type="page"/>
      </w:r>
    </w:p>
    <w:p w14:paraId="25BA6CFD" w14:textId="77777777" w:rsidR="00B33642" w:rsidRDefault="00000000">
      <w:pPr>
        <w:pStyle w:val="Heading1"/>
      </w:pPr>
      <w:r>
        <w:rPr>
          <w:color w:val="163A63"/>
        </w:rPr>
        <w:lastRenderedPageBreak/>
        <w:t>🇯🇵 Japan</w:t>
      </w:r>
    </w:p>
    <w:tbl>
      <w:tblPr>
        <w:tblStyle w:val="TableGrid"/>
        <w:tblW w:w="0" w:type="auto"/>
        <w:tblLook w:val="04A0" w:firstRow="1" w:lastRow="0" w:firstColumn="1" w:lastColumn="0" w:noHBand="0" w:noVBand="1"/>
      </w:tblPr>
      <w:tblGrid>
        <w:gridCol w:w="4314"/>
        <w:gridCol w:w="4316"/>
      </w:tblGrid>
      <w:tr w:rsidR="00B33642" w14:paraId="66D55AC4" w14:textId="77777777">
        <w:tc>
          <w:tcPr>
            <w:tcW w:w="4320" w:type="dxa"/>
          </w:tcPr>
          <w:p w14:paraId="7BF3EB24" w14:textId="77777777" w:rsidR="00B33642" w:rsidRDefault="00000000">
            <w:r>
              <w:t>Mission</w:t>
            </w:r>
          </w:p>
        </w:tc>
        <w:tc>
          <w:tcPr>
            <w:tcW w:w="4320" w:type="dxa"/>
          </w:tcPr>
          <w:p w14:paraId="5790BDFC" w14:textId="77777777" w:rsidR="00B33642" w:rsidRDefault="00000000">
            <w:r>
              <w:t>Embassy of Japan</w:t>
            </w:r>
          </w:p>
        </w:tc>
      </w:tr>
      <w:tr w:rsidR="00B33642" w14:paraId="20032AB0" w14:textId="77777777">
        <w:tc>
          <w:tcPr>
            <w:tcW w:w="4320" w:type="dxa"/>
          </w:tcPr>
          <w:p w14:paraId="2207F276" w14:textId="77777777" w:rsidR="00B33642" w:rsidRDefault="00000000">
            <w:r>
              <w:t>City</w:t>
            </w:r>
          </w:p>
        </w:tc>
        <w:tc>
          <w:tcPr>
            <w:tcW w:w="4320" w:type="dxa"/>
          </w:tcPr>
          <w:p w14:paraId="25ED69DE" w14:textId="77777777" w:rsidR="00B33642" w:rsidRDefault="00000000">
            <w:r>
              <w:t>New Delhi</w:t>
            </w:r>
          </w:p>
        </w:tc>
      </w:tr>
      <w:tr w:rsidR="00B33642" w14:paraId="3B5281ED" w14:textId="77777777">
        <w:tc>
          <w:tcPr>
            <w:tcW w:w="4320" w:type="dxa"/>
          </w:tcPr>
          <w:p w14:paraId="34896EE4" w14:textId="77777777" w:rsidR="00B33642" w:rsidRDefault="00000000">
            <w:r>
              <w:t>Address</w:t>
            </w:r>
          </w:p>
        </w:tc>
        <w:tc>
          <w:tcPr>
            <w:tcW w:w="4320" w:type="dxa"/>
          </w:tcPr>
          <w:p w14:paraId="176FE936" w14:textId="77777777" w:rsidR="00B33642" w:rsidRDefault="00000000">
            <w:r>
              <w:t>New Delhi</w:t>
            </w:r>
          </w:p>
        </w:tc>
      </w:tr>
      <w:tr w:rsidR="00B33642" w14:paraId="7B16BC53" w14:textId="77777777">
        <w:tc>
          <w:tcPr>
            <w:tcW w:w="4320" w:type="dxa"/>
          </w:tcPr>
          <w:p w14:paraId="674F3B9C" w14:textId="77777777" w:rsidR="00B33642" w:rsidRDefault="00000000">
            <w:r>
              <w:t>Emergency Contact</w:t>
            </w:r>
          </w:p>
        </w:tc>
        <w:tc>
          <w:tcPr>
            <w:tcW w:w="4320" w:type="dxa"/>
          </w:tcPr>
          <w:p w14:paraId="65AEB9B2" w14:textId="77777777" w:rsidR="00B33642" w:rsidRDefault="00000000">
            <w:r>
              <w:t>Refer to the official website for current emergency telephone numbers.</w:t>
            </w:r>
          </w:p>
        </w:tc>
      </w:tr>
      <w:tr w:rsidR="00B33642" w14:paraId="3BB8FF39" w14:textId="77777777">
        <w:tc>
          <w:tcPr>
            <w:tcW w:w="4320" w:type="dxa"/>
          </w:tcPr>
          <w:p w14:paraId="3243B41D" w14:textId="77777777" w:rsidR="00B33642" w:rsidRDefault="00000000">
            <w:r>
              <w:t>Official Website</w:t>
            </w:r>
          </w:p>
        </w:tc>
        <w:tc>
          <w:tcPr>
            <w:tcW w:w="4320" w:type="dxa"/>
          </w:tcPr>
          <w:p w14:paraId="6A618F07" w14:textId="77777777" w:rsidR="00B33642" w:rsidRDefault="00000000">
            <w:r>
              <w:t>https://www.in.emb-japan.go.jp/</w:t>
            </w:r>
          </w:p>
        </w:tc>
      </w:tr>
      <w:tr w:rsidR="00B33642" w14:paraId="2FEE40EA" w14:textId="77777777">
        <w:tc>
          <w:tcPr>
            <w:tcW w:w="4320" w:type="dxa"/>
          </w:tcPr>
          <w:p w14:paraId="4323F4F7" w14:textId="77777777" w:rsidR="00B33642" w:rsidRDefault="00000000">
            <w:r>
              <w:t>Services</w:t>
            </w:r>
          </w:p>
        </w:tc>
        <w:tc>
          <w:tcPr>
            <w:tcW w:w="4320" w:type="dxa"/>
          </w:tcPr>
          <w:p w14:paraId="5579779A" w14:textId="77777777" w:rsidR="00B33642" w:rsidRDefault="00000000">
            <w:r>
              <w:t>Passport assistance, emergency consular support, travel documents and citizen services.</w:t>
            </w:r>
          </w:p>
        </w:tc>
      </w:tr>
    </w:tbl>
    <w:p w14:paraId="623D0F0C" w14:textId="77777777" w:rsidR="00B33642" w:rsidRDefault="00000000">
      <w:r>
        <w:br w:type="page"/>
      </w:r>
    </w:p>
    <w:p w14:paraId="5B77287B" w14:textId="77777777" w:rsidR="00B33642" w:rsidRDefault="00000000">
      <w:pPr>
        <w:pStyle w:val="Heading1"/>
      </w:pPr>
      <w:r>
        <w:rPr>
          <w:color w:val="163A63"/>
        </w:rPr>
        <w:lastRenderedPageBreak/>
        <w:t>🇰🇷 South Korea</w:t>
      </w:r>
    </w:p>
    <w:tbl>
      <w:tblPr>
        <w:tblStyle w:val="TableGrid"/>
        <w:tblW w:w="0" w:type="auto"/>
        <w:tblLook w:val="04A0" w:firstRow="1" w:lastRow="0" w:firstColumn="1" w:lastColumn="0" w:noHBand="0" w:noVBand="1"/>
      </w:tblPr>
      <w:tblGrid>
        <w:gridCol w:w="4313"/>
        <w:gridCol w:w="4317"/>
      </w:tblGrid>
      <w:tr w:rsidR="00B33642" w14:paraId="75097AF5" w14:textId="77777777">
        <w:tc>
          <w:tcPr>
            <w:tcW w:w="4320" w:type="dxa"/>
          </w:tcPr>
          <w:p w14:paraId="0558F0D2" w14:textId="77777777" w:rsidR="00B33642" w:rsidRDefault="00000000">
            <w:r>
              <w:t>Mission</w:t>
            </w:r>
          </w:p>
        </w:tc>
        <w:tc>
          <w:tcPr>
            <w:tcW w:w="4320" w:type="dxa"/>
          </w:tcPr>
          <w:p w14:paraId="401B5E9D" w14:textId="77777777" w:rsidR="00B33642" w:rsidRDefault="00000000">
            <w:r>
              <w:t>Embassy of the Republic of Korea</w:t>
            </w:r>
          </w:p>
        </w:tc>
      </w:tr>
      <w:tr w:rsidR="00B33642" w14:paraId="2EF8ED9B" w14:textId="77777777">
        <w:tc>
          <w:tcPr>
            <w:tcW w:w="4320" w:type="dxa"/>
          </w:tcPr>
          <w:p w14:paraId="07BF059D" w14:textId="77777777" w:rsidR="00B33642" w:rsidRDefault="00000000">
            <w:r>
              <w:t>City</w:t>
            </w:r>
          </w:p>
        </w:tc>
        <w:tc>
          <w:tcPr>
            <w:tcW w:w="4320" w:type="dxa"/>
          </w:tcPr>
          <w:p w14:paraId="46470E35" w14:textId="77777777" w:rsidR="00B33642" w:rsidRDefault="00000000">
            <w:r>
              <w:t>New Delhi</w:t>
            </w:r>
          </w:p>
        </w:tc>
      </w:tr>
      <w:tr w:rsidR="00B33642" w14:paraId="7E74B2ED" w14:textId="77777777">
        <w:tc>
          <w:tcPr>
            <w:tcW w:w="4320" w:type="dxa"/>
          </w:tcPr>
          <w:p w14:paraId="1EC031CC" w14:textId="77777777" w:rsidR="00B33642" w:rsidRDefault="00000000">
            <w:r>
              <w:t>Address</w:t>
            </w:r>
          </w:p>
        </w:tc>
        <w:tc>
          <w:tcPr>
            <w:tcW w:w="4320" w:type="dxa"/>
          </w:tcPr>
          <w:p w14:paraId="4E431475" w14:textId="77777777" w:rsidR="00B33642" w:rsidRDefault="00000000">
            <w:r>
              <w:t>New Delhi</w:t>
            </w:r>
          </w:p>
        </w:tc>
      </w:tr>
      <w:tr w:rsidR="00B33642" w14:paraId="550B9D20" w14:textId="77777777">
        <w:tc>
          <w:tcPr>
            <w:tcW w:w="4320" w:type="dxa"/>
          </w:tcPr>
          <w:p w14:paraId="5E0139EA" w14:textId="77777777" w:rsidR="00B33642" w:rsidRDefault="00000000">
            <w:r>
              <w:t>Emergency Contact</w:t>
            </w:r>
          </w:p>
        </w:tc>
        <w:tc>
          <w:tcPr>
            <w:tcW w:w="4320" w:type="dxa"/>
          </w:tcPr>
          <w:p w14:paraId="70179DBF" w14:textId="77777777" w:rsidR="00B33642" w:rsidRDefault="00000000">
            <w:r>
              <w:t>Refer to the official website for current emergency telephone numbers.</w:t>
            </w:r>
          </w:p>
        </w:tc>
      </w:tr>
      <w:tr w:rsidR="00B33642" w14:paraId="07836350" w14:textId="77777777">
        <w:tc>
          <w:tcPr>
            <w:tcW w:w="4320" w:type="dxa"/>
          </w:tcPr>
          <w:p w14:paraId="3997AE77" w14:textId="77777777" w:rsidR="00B33642" w:rsidRDefault="00000000">
            <w:r>
              <w:t>Official Website</w:t>
            </w:r>
          </w:p>
        </w:tc>
        <w:tc>
          <w:tcPr>
            <w:tcW w:w="4320" w:type="dxa"/>
          </w:tcPr>
          <w:p w14:paraId="0B0CDCE8" w14:textId="77777777" w:rsidR="00B33642" w:rsidRDefault="00000000">
            <w:r>
              <w:t>https://overseas.mofa.go.kr/in-en/</w:t>
            </w:r>
          </w:p>
        </w:tc>
      </w:tr>
      <w:tr w:rsidR="00B33642" w14:paraId="5EC9DD2C" w14:textId="77777777">
        <w:tc>
          <w:tcPr>
            <w:tcW w:w="4320" w:type="dxa"/>
          </w:tcPr>
          <w:p w14:paraId="56859BEC" w14:textId="77777777" w:rsidR="00B33642" w:rsidRDefault="00000000">
            <w:r>
              <w:t>Services</w:t>
            </w:r>
          </w:p>
        </w:tc>
        <w:tc>
          <w:tcPr>
            <w:tcW w:w="4320" w:type="dxa"/>
          </w:tcPr>
          <w:p w14:paraId="5EBB9ED9" w14:textId="77777777" w:rsidR="00B33642" w:rsidRDefault="00000000">
            <w:r>
              <w:t>Passport assistance, emergency consular support, travel documents and citizen services.</w:t>
            </w:r>
          </w:p>
        </w:tc>
      </w:tr>
    </w:tbl>
    <w:p w14:paraId="0136C1DF" w14:textId="77777777" w:rsidR="00B33642" w:rsidRDefault="00000000">
      <w:r>
        <w:br w:type="page"/>
      </w:r>
    </w:p>
    <w:p w14:paraId="2CB8362B" w14:textId="77777777" w:rsidR="00B33642" w:rsidRDefault="00000000">
      <w:pPr>
        <w:pStyle w:val="Heading1"/>
      </w:pPr>
      <w:r>
        <w:rPr>
          <w:color w:val="163A63"/>
        </w:rPr>
        <w:lastRenderedPageBreak/>
        <w:t>🇸🇬 Singapore</w:t>
      </w:r>
    </w:p>
    <w:tbl>
      <w:tblPr>
        <w:tblStyle w:val="TableGrid"/>
        <w:tblW w:w="0" w:type="auto"/>
        <w:tblLook w:val="04A0" w:firstRow="1" w:lastRow="0" w:firstColumn="1" w:lastColumn="0" w:noHBand="0" w:noVBand="1"/>
      </w:tblPr>
      <w:tblGrid>
        <w:gridCol w:w="4312"/>
        <w:gridCol w:w="4318"/>
      </w:tblGrid>
      <w:tr w:rsidR="00B33642" w14:paraId="1FD60ACC" w14:textId="77777777">
        <w:tc>
          <w:tcPr>
            <w:tcW w:w="4320" w:type="dxa"/>
          </w:tcPr>
          <w:p w14:paraId="3202E544" w14:textId="77777777" w:rsidR="00B33642" w:rsidRDefault="00000000">
            <w:r>
              <w:t>Mission</w:t>
            </w:r>
          </w:p>
        </w:tc>
        <w:tc>
          <w:tcPr>
            <w:tcW w:w="4320" w:type="dxa"/>
          </w:tcPr>
          <w:p w14:paraId="34223849" w14:textId="77777777" w:rsidR="00B33642" w:rsidRDefault="00000000">
            <w:r>
              <w:t>High Commission of Singapore</w:t>
            </w:r>
          </w:p>
        </w:tc>
      </w:tr>
      <w:tr w:rsidR="00B33642" w14:paraId="14C73FBE" w14:textId="77777777">
        <w:tc>
          <w:tcPr>
            <w:tcW w:w="4320" w:type="dxa"/>
          </w:tcPr>
          <w:p w14:paraId="7168EDC4" w14:textId="77777777" w:rsidR="00B33642" w:rsidRDefault="00000000">
            <w:r>
              <w:t>City</w:t>
            </w:r>
          </w:p>
        </w:tc>
        <w:tc>
          <w:tcPr>
            <w:tcW w:w="4320" w:type="dxa"/>
          </w:tcPr>
          <w:p w14:paraId="61765C7E" w14:textId="77777777" w:rsidR="00B33642" w:rsidRDefault="00000000">
            <w:r>
              <w:t>New Delhi</w:t>
            </w:r>
          </w:p>
        </w:tc>
      </w:tr>
      <w:tr w:rsidR="00B33642" w14:paraId="7D678AF4" w14:textId="77777777">
        <w:tc>
          <w:tcPr>
            <w:tcW w:w="4320" w:type="dxa"/>
          </w:tcPr>
          <w:p w14:paraId="3AE51A11" w14:textId="77777777" w:rsidR="00B33642" w:rsidRDefault="00000000">
            <w:r>
              <w:t>Address</w:t>
            </w:r>
          </w:p>
        </w:tc>
        <w:tc>
          <w:tcPr>
            <w:tcW w:w="4320" w:type="dxa"/>
          </w:tcPr>
          <w:p w14:paraId="0225C0F1" w14:textId="77777777" w:rsidR="00B33642" w:rsidRDefault="00000000">
            <w:r>
              <w:t>New Delhi</w:t>
            </w:r>
          </w:p>
        </w:tc>
      </w:tr>
      <w:tr w:rsidR="00B33642" w14:paraId="0792A09D" w14:textId="77777777">
        <w:tc>
          <w:tcPr>
            <w:tcW w:w="4320" w:type="dxa"/>
          </w:tcPr>
          <w:p w14:paraId="084AB5B2" w14:textId="77777777" w:rsidR="00B33642" w:rsidRDefault="00000000">
            <w:r>
              <w:t>Emergency Contact</w:t>
            </w:r>
          </w:p>
        </w:tc>
        <w:tc>
          <w:tcPr>
            <w:tcW w:w="4320" w:type="dxa"/>
          </w:tcPr>
          <w:p w14:paraId="35292C3B" w14:textId="77777777" w:rsidR="00B33642" w:rsidRDefault="00000000">
            <w:r>
              <w:t>Refer to the official website for current emergency telephone numbers.</w:t>
            </w:r>
          </w:p>
        </w:tc>
      </w:tr>
      <w:tr w:rsidR="00B33642" w14:paraId="7EBA5BB2" w14:textId="77777777">
        <w:tc>
          <w:tcPr>
            <w:tcW w:w="4320" w:type="dxa"/>
          </w:tcPr>
          <w:p w14:paraId="1F285DF6" w14:textId="77777777" w:rsidR="00B33642" w:rsidRDefault="00000000">
            <w:r>
              <w:t>Official Website</w:t>
            </w:r>
          </w:p>
        </w:tc>
        <w:tc>
          <w:tcPr>
            <w:tcW w:w="4320" w:type="dxa"/>
          </w:tcPr>
          <w:p w14:paraId="6AA95F4F" w14:textId="77777777" w:rsidR="00B33642" w:rsidRDefault="00000000">
            <w:r>
              <w:t>https://www.mfa.gov.sg/newdelhi</w:t>
            </w:r>
          </w:p>
        </w:tc>
      </w:tr>
      <w:tr w:rsidR="00B33642" w14:paraId="229FB9B9" w14:textId="77777777">
        <w:tc>
          <w:tcPr>
            <w:tcW w:w="4320" w:type="dxa"/>
          </w:tcPr>
          <w:p w14:paraId="4E5CC17C" w14:textId="77777777" w:rsidR="00B33642" w:rsidRDefault="00000000">
            <w:r>
              <w:t>Services</w:t>
            </w:r>
          </w:p>
        </w:tc>
        <w:tc>
          <w:tcPr>
            <w:tcW w:w="4320" w:type="dxa"/>
          </w:tcPr>
          <w:p w14:paraId="57779BC5" w14:textId="77777777" w:rsidR="00B33642" w:rsidRDefault="00000000">
            <w:r>
              <w:t>Passport assistance, emergency consular support, travel documents and citizen services.</w:t>
            </w:r>
          </w:p>
        </w:tc>
      </w:tr>
    </w:tbl>
    <w:p w14:paraId="64A4A9EC" w14:textId="77777777" w:rsidR="00B33642" w:rsidRDefault="00000000">
      <w:r>
        <w:br w:type="page"/>
      </w:r>
    </w:p>
    <w:p w14:paraId="1C17BA06" w14:textId="77777777" w:rsidR="00B33642" w:rsidRDefault="00000000">
      <w:pPr>
        <w:pStyle w:val="Heading1"/>
      </w:pPr>
      <w:r>
        <w:rPr>
          <w:color w:val="163A63"/>
        </w:rPr>
        <w:lastRenderedPageBreak/>
        <w:t>🇲🇾 Malaysia</w:t>
      </w:r>
    </w:p>
    <w:tbl>
      <w:tblPr>
        <w:tblStyle w:val="TableGrid"/>
        <w:tblW w:w="0" w:type="auto"/>
        <w:tblLook w:val="04A0" w:firstRow="1" w:lastRow="0" w:firstColumn="1" w:lastColumn="0" w:noHBand="0" w:noVBand="1"/>
      </w:tblPr>
      <w:tblGrid>
        <w:gridCol w:w="4312"/>
        <w:gridCol w:w="4318"/>
      </w:tblGrid>
      <w:tr w:rsidR="00B33642" w14:paraId="56464228" w14:textId="77777777">
        <w:tc>
          <w:tcPr>
            <w:tcW w:w="4320" w:type="dxa"/>
          </w:tcPr>
          <w:p w14:paraId="55483240" w14:textId="77777777" w:rsidR="00B33642" w:rsidRDefault="00000000">
            <w:r>
              <w:t>Mission</w:t>
            </w:r>
          </w:p>
        </w:tc>
        <w:tc>
          <w:tcPr>
            <w:tcW w:w="4320" w:type="dxa"/>
          </w:tcPr>
          <w:p w14:paraId="4DBC9252" w14:textId="77777777" w:rsidR="00B33642" w:rsidRDefault="00000000">
            <w:r>
              <w:t>High Commission of Malaysia</w:t>
            </w:r>
          </w:p>
        </w:tc>
      </w:tr>
      <w:tr w:rsidR="00B33642" w14:paraId="0892BF4E" w14:textId="77777777">
        <w:tc>
          <w:tcPr>
            <w:tcW w:w="4320" w:type="dxa"/>
          </w:tcPr>
          <w:p w14:paraId="6064E7B9" w14:textId="77777777" w:rsidR="00B33642" w:rsidRDefault="00000000">
            <w:r>
              <w:t>City</w:t>
            </w:r>
          </w:p>
        </w:tc>
        <w:tc>
          <w:tcPr>
            <w:tcW w:w="4320" w:type="dxa"/>
          </w:tcPr>
          <w:p w14:paraId="1A1A9354" w14:textId="77777777" w:rsidR="00B33642" w:rsidRDefault="00000000">
            <w:r>
              <w:t>New Delhi</w:t>
            </w:r>
          </w:p>
        </w:tc>
      </w:tr>
      <w:tr w:rsidR="00B33642" w14:paraId="5A9AF74A" w14:textId="77777777">
        <w:tc>
          <w:tcPr>
            <w:tcW w:w="4320" w:type="dxa"/>
          </w:tcPr>
          <w:p w14:paraId="00C1D940" w14:textId="77777777" w:rsidR="00B33642" w:rsidRDefault="00000000">
            <w:r>
              <w:t>Address</w:t>
            </w:r>
          </w:p>
        </w:tc>
        <w:tc>
          <w:tcPr>
            <w:tcW w:w="4320" w:type="dxa"/>
          </w:tcPr>
          <w:p w14:paraId="27B80B6C" w14:textId="77777777" w:rsidR="00B33642" w:rsidRDefault="00000000">
            <w:r>
              <w:t>New Delhi</w:t>
            </w:r>
          </w:p>
        </w:tc>
      </w:tr>
      <w:tr w:rsidR="00B33642" w14:paraId="019D1CD6" w14:textId="77777777">
        <w:tc>
          <w:tcPr>
            <w:tcW w:w="4320" w:type="dxa"/>
          </w:tcPr>
          <w:p w14:paraId="060DBB0C" w14:textId="77777777" w:rsidR="00B33642" w:rsidRDefault="00000000">
            <w:r>
              <w:t>Emergency Contact</w:t>
            </w:r>
          </w:p>
        </w:tc>
        <w:tc>
          <w:tcPr>
            <w:tcW w:w="4320" w:type="dxa"/>
          </w:tcPr>
          <w:p w14:paraId="57CD7F65" w14:textId="77777777" w:rsidR="00B33642" w:rsidRDefault="00000000">
            <w:r>
              <w:t>Refer to the official website for current emergency telephone numbers.</w:t>
            </w:r>
          </w:p>
        </w:tc>
      </w:tr>
      <w:tr w:rsidR="00B33642" w14:paraId="053DDD75" w14:textId="77777777">
        <w:tc>
          <w:tcPr>
            <w:tcW w:w="4320" w:type="dxa"/>
          </w:tcPr>
          <w:p w14:paraId="0367FABD" w14:textId="77777777" w:rsidR="00B33642" w:rsidRDefault="00000000">
            <w:r>
              <w:t>Official Website</w:t>
            </w:r>
          </w:p>
        </w:tc>
        <w:tc>
          <w:tcPr>
            <w:tcW w:w="4320" w:type="dxa"/>
          </w:tcPr>
          <w:p w14:paraId="470AD298" w14:textId="77777777" w:rsidR="00B33642" w:rsidRDefault="00000000">
            <w:r>
              <w:t>https://www.kln.gov.my/web/ind_n-delhi</w:t>
            </w:r>
          </w:p>
        </w:tc>
      </w:tr>
      <w:tr w:rsidR="00B33642" w14:paraId="6509EA2B" w14:textId="77777777">
        <w:tc>
          <w:tcPr>
            <w:tcW w:w="4320" w:type="dxa"/>
          </w:tcPr>
          <w:p w14:paraId="316589A0" w14:textId="77777777" w:rsidR="00B33642" w:rsidRDefault="00000000">
            <w:r>
              <w:t>Services</w:t>
            </w:r>
          </w:p>
        </w:tc>
        <w:tc>
          <w:tcPr>
            <w:tcW w:w="4320" w:type="dxa"/>
          </w:tcPr>
          <w:p w14:paraId="1F5D9AD7" w14:textId="77777777" w:rsidR="00B33642" w:rsidRDefault="00000000">
            <w:r>
              <w:t>Passport assistance, emergency consular support, travel documents and citizen services.</w:t>
            </w:r>
          </w:p>
        </w:tc>
      </w:tr>
    </w:tbl>
    <w:p w14:paraId="48695913" w14:textId="77777777" w:rsidR="00B33642" w:rsidRDefault="00000000">
      <w:r>
        <w:br w:type="page"/>
      </w:r>
    </w:p>
    <w:p w14:paraId="0C8B057F" w14:textId="77777777" w:rsidR="00B33642" w:rsidRDefault="00000000">
      <w:pPr>
        <w:pStyle w:val="Heading1"/>
      </w:pPr>
      <w:r>
        <w:rPr>
          <w:color w:val="163A63"/>
        </w:rPr>
        <w:lastRenderedPageBreak/>
        <w:t>🇹🇭 Thailand</w:t>
      </w:r>
    </w:p>
    <w:tbl>
      <w:tblPr>
        <w:tblStyle w:val="TableGrid"/>
        <w:tblW w:w="0" w:type="auto"/>
        <w:tblLook w:val="04A0" w:firstRow="1" w:lastRow="0" w:firstColumn="1" w:lastColumn="0" w:noHBand="0" w:noVBand="1"/>
      </w:tblPr>
      <w:tblGrid>
        <w:gridCol w:w="4312"/>
        <w:gridCol w:w="4318"/>
      </w:tblGrid>
      <w:tr w:rsidR="00B33642" w14:paraId="19996C3B" w14:textId="77777777">
        <w:tc>
          <w:tcPr>
            <w:tcW w:w="4320" w:type="dxa"/>
          </w:tcPr>
          <w:p w14:paraId="4C5E9993" w14:textId="77777777" w:rsidR="00B33642" w:rsidRDefault="00000000">
            <w:r>
              <w:t>Mission</w:t>
            </w:r>
          </w:p>
        </w:tc>
        <w:tc>
          <w:tcPr>
            <w:tcW w:w="4320" w:type="dxa"/>
          </w:tcPr>
          <w:p w14:paraId="64367E55" w14:textId="77777777" w:rsidR="00B33642" w:rsidRDefault="00000000">
            <w:r>
              <w:t>Royal Thai Embassy</w:t>
            </w:r>
          </w:p>
        </w:tc>
      </w:tr>
      <w:tr w:rsidR="00B33642" w14:paraId="5CF8A52A" w14:textId="77777777">
        <w:tc>
          <w:tcPr>
            <w:tcW w:w="4320" w:type="dxa"/>
          </w:tcPr>
          <w:p w14:paraId="2DD9D5BF" w14:textId="77777777" w:rsidR="00B33642" w:rsidRDefault="00000000">
            <w:r>
              <w:t>City</w:t>
            </w:r>
          </w:p>
        </w:tc>
        <w:tc>
          <w:tcPr>
            <w:tcW w:w="4320" w:type="dxa"/>
          </w:tcPr>
          <w:p w14:paraId="18E9D0B6" w14:textId="77777777" w:rsidR="00B33642" w:rsidRDefault="00000000">
            <w:r>
              <w:t>New Delhi</w:t>
            </w:r>
          </w:p>
        </w:tc>
      </w:tr>
      <w:tr w:rsidR="00B33642" w14:paraId="1881F631" w14:textId="77777777">
        <w:tc>
          <w:tcPr>
            <w:tcW w:w="4320" w:type="dxa"/>
          </w:tcPr>
          <w:p w14:paraId="49E52E4C" w14:textId="77777777" w:rsidR="00B33642" w:rsidRDefault="00000000">
            <w:r>
              <w:t>Address</w:t>
            </w:r>
          </w:p>
        </w:tc>
        <w:tc>
          <w:tcPr>
            <w:tcW w:w="4320" w:type="dxa"/>
          </w:tcPr>
          <w:p w14:paraId="782E04FA" w14:textId="77777777" w:rsidR="00B33642" w:rsidRDefault="00000000">
            <w:r>
              <w:t>New Delhi</w:t>
            </w:r>
          </w:p>
        </w:tc>
      </w:tr>
      <w:tr w:rsidR="00B33642" w14:paraId="39B030EE" w14:textId="77777777">
        <w:tc>
          <w:tcPr>
            <w:tcW w:w="4320" w:type="dxa"/>
          </w:tcPr>
          <w:p w14:paraId="4CCE6395" w14:textId="77777777" w:rsidR="00B33642" w:rsidRDefault="00000000">
            <w:r>
              <w:t>Emergency Contact</w:t>
            </w:r>
          </w:p>
        </w:tc>
        <w:tc>
          <w:tcPr>
            <w:tcW w:w="4320" w:type="dxa"/>
          </w:tcPr>
          <w:p w14:paraId="24CF244C" w14:textId="77777777" w:rsidR="00B33642" w:rsidRDefault="00000000">
            <w:r>
              <w:t>Refer to the official website for current emergency telephone numbers.</w:t>
            </w:r>
          </w:p>
        </w:tc>
      </w:tr>
      <w:tr w:rsidR="00B33642" w14:paraId="24A9B2D9" w14:textId="77777777">
        <w:tc>
          <w:tcPr>
            <w:tcW w:w="4320" w:type="dxa"/>
          </w:tcPr>
          <w:p w14:paraId="3751F294" w14:textId="77777777" w:rsidR="00B33642" w:rsidRDefault="00000000">
            <w:r>
              <w:t>Official Website</w:t>
            </w:r>
          </w:p>
        </w:tc>
        <w:tc>
          <w:tcPr>
            <w:tcW w:w="4320" w:type="dxa"/>
          </w:tcPr>
          <w:p w14:paraId="5DD3E29E" w14:textId="77777777" w:rsidR="00B33642" w:rsidRDefault="00000000">
            <w:r>
              <w:t>https://newdelhi.thaiembassy.org/</w:t>
            </w:r>
          </w:p>
        </w:tc>
      </w:tr>
      <w:tr w:rsidR="00B33642" w14:paraId="5BC9A971" w14:textId="77777777">
        <w:tc>
          <w:tcPr>
            <w:tcW w:w="4320" w:type="dxa"/>
          </w:tcPr>
          <w:p w14:paraId="1D3EF471" w14:textId="77777777" w:rsidR="00B33642" w:rsidRDefault="00000000">
            <w:r>
              <w:t>Services</w:t>
            </w:r>
          </w:p>
        </w:tc>
        <w:tc>
          <w:tcPr>
            <w:tcW w:w="4320" w:type="dxa"/>
          </w:tcPr>
          <w:p w14:paraId="13346314" w14:textId="77777777" w:rsidR="00B33642" w:rsidRDefault="00000000">
            <w:r>
              <w:t>Passport assistance, emergency consular support, travel documents and citizen services.</w:t>
            </w:r>
          </w:p>
        </w:tc>
      </w:tr>
    </w:tbl>
    <w:p w14:paraId="62763036" w14:textId="77777777" w:rsidR="00B33642" w:rsidRDefault="00000000">
      <w:r>
        <w:br w:type="page"/>
      </w:r>
    </w:p>
    <w:p w14:paraId="6B24717D" w14:textId="77777777" w:rsidR="00B33642" w:rsidRDefault="00000000">
      <w:pPr>
        <w:pStyle w:val="Heading1"/>
      </w:pPr>
      <w:r>
        <w:rPr>
          <w:color w:val="163A63"/>
        </w:rPr>
        <w:lastRenderedPageBreak/>
        <w:t>🇦🇪 UAE</w:t>
      </w:r>
    </w:p>
    <w:tbl>
      <w:tblPr>
        <w:tblStyle w:val="TableGrid"/>
        <w:tblW w:w="0" w:type="auto"/>
        <w:tblLook w:val="04A0" w:firstRow="1" w:lastRow="0" w:firstColumn="1" w:lastColumn="0" w:noHBand="0" w:noVBand="1"/>
      </w:tblPr>
      <w:tblGrid>
        <w:gridCol w:w="4313"/>
        <w:gridCol w:w="4317"/>
      </w:tblGrid>
      <w:tr w:rsidR="00B33642" w14:paraId="6B40965A" w14:textId="77777777">
        <w:tc>
          <w:tcPr>
            <w:tcW w:w="4320" w:type="dxa"/>
          </w:tcPr>
          <w:p w14:paraId="7022BB7F" w14:textId="77777777" w:rsidR="00B33642" w:rsidRDefault="00000000">
            <w:r>
              <w:t>Mission</w:t>
            </w:r>
          </w:p>
        </w:tc>
        <w:tc>
          <w:tcPr>
            <w:tcW w:w="4320" w:type="dxa"/>
          </w:tcPr>
          <w:p w14:paraId="7F7FF756" w14:textId="77777777" w:rsidR="00B33642" w:rsidRDefault="00000000">
            <w:r>
              <w:t>Embassy of the United Arab Emirates</w:t>
            </w:r>
          </w:p>
        </w:tc>
      </w:tr>
      <w:tr w:rsidR="00B33642" w14:paraId="6446D7B0" w14:textId="77777777">
        <w:tc>
          <w:tcPr>
            <w:tcW w:w="4320" w:type="dxa"/>
          </w:tcPr>
          <w:p w14:paraId="27D4DB21" w14:textId="77777777" w:rsidR="00B33642" w:rsidRDefault="00000000">
            <w:r>
              <w:t>City</w:t>
            </w:r>
          </w:p>
        </w:tc>
        <w:tc>
          <w:tcPr>
            <w:tcW w:w="4320" w:type="dxa"/>
          </w:tcPr>
          <w:p w14:paraId="2BE75223" w14:textId="77777777" w:rsidR="00B33642" w:rsidRDefault="00000000">
            <w:r>
              <w:t>New Delhi</w:t>
            </w:r>
          </w:p>
        </w:tc>
      </w:tr>
      <w:tr w:rsidR="00B33642" w14:paraId="315F2AF9" w14:textId="77777777">
        <w:tc>
          <w:tcPr>
            <w:tcW w:w="4320" w:type="dxa"/>
          </w:tcPr>
          <w:p w14:paraId="0CCD6603" w14:textId="77777777" w:rsidR="00B33642" w:rsidRDefault="00000000">
            <w:r>
              <w:t>Address</w:t>
            </w:r>
          </w:p>
        </w:tc>
        <w:tc>
          <w:tcPr>
            <w:tcW w:w="4320" w:type="dxa"/>
          </w:tcPr>
          <w:p w14:paraId="3ECF4A38" w14:textId="77777777" w:rsidR="00B33642" w:rsidRDefault="00000000">
            <w:r>
              <w:t>New Delhi</w:t>
            </w:r>
          </w:p>
        </w:tc>
      </w:tr>
      <w:tr w:rsidR="00B33642" w14:paraId="33D7B1B8" w14:textId="77777777">
        <w:tc>
          <w:tcPr>
            <w:tcW w:w="4320" w:type="dxa"/>
          </w:tcPr>
          <w:p w14:paraId="2B006A20" w14:textId="77777777" w:rsidR="00B33642" w:rsidRDefault="00000000">
            <w:r>
              <w:t>Emergency Contact</w:t>
            </w:r>
          </w:p>
        </w:tc>
        <w:tc>
          <w:tcPr>
            <w:tcW w:w="4320" w:type="dxa"/>
          </w:tcPr>
          <w:p w14:paraId="49F41508" w14:textId="77777777" w:rsidR="00B33642" w:rsidRDefault="00000000">
            <w:r>
              <w:t>Refer to the official website for current emergency telephone numbers.</w:t>
            </w:r>
          </w:p>
        </w:tc>
      </w:tr>
      <w:tr w:rsidR="00B33642" w14:paraId="305A733A" w14:textId="77777777">
        <w:tc>
          <w:tcPr>
            <w:tcW w:w="4320" w:type="dxa"/>
          </w:tcPr>
          <w:p w14:paraId="74C9A334" w14:textId="77777777" w:rsidR="00B33642" w:rsidRDefault="00000000">
            <w:r>
              <w:t>Official Website</w:t>
            </w:r>
          </w:p>
        </w:tc>
        <w:tc>
          <w:tcPr>
            <w:tcW w:w="4320" w:type="dxa"/>
          </w:tcPr>
          <w:p w14:paraId="7686E70A" w14:textId="77777777" w:rsidR="00B33642" w:rsidRDefault="00000000">
            <w:r>
              <w:t>https://www.mofa.gov.ae/</w:t>
            </w:r>
          </w:p>
        </w:tc>
      </w:tr>
      <w:tr w:rsidR="00B33642" w14:paraId="61740261" w14:textId="77777777">
        <w:tc>
          <w:tcPr>
            <w:tcW w:w="4320" w:type="dxa"/>
          </w:tcPr>
          <w:p w14:paraId="19035702" w14:textId="77777777" w:rsidR="00B33642" w:rsidRDefault="00000000">
            <w:r>
              <w:t>Services</w:t>
            </w:r>
          </w:p>
        </w:tc>
        <w:tc>
          <w:tcPr>
            <w:tcW w:w="4320" w:type="dxa"/>
          </w:tcPr>
          <w:p w14:paraId="302DA086" w14:textId="77777777" w:rsidR="00B33642" w:rsidRDefault="00000000">
            <w:r>
              <w:t>Passport assistance, emergency consular support, travel documents and citizen services.</w:t>
            </w:r>
          </w:p>
        </w:tc>
      </w:tr>
    </w:tbl>
    <w:p w14:paraId="3A8C2AF1" w14:textId="77777777" w:rsidR="00B33642" w:rsidRDefault="00000000">
      <w:r>
        <w:br w:type="page"/>
      </w:r>
    </w:p>
    <w:p w14:paraId="2E582203" w14:textId="77777777" w:rsidR="00B33642" w:rsidRDefault="00000000">
      <w:pPr>
        <w:pStyle w:val="Heading1"/>
      </w:pPr>
      <w:r>
        <w:rPr>
          <w:color w:val="163A63"/>
        </w:rPr>
        <w:lastRenderedPageBreak/>
        <w:t>🇸🇦 Saudi Arabia</w:t>
      </w:r>
    </w:p>
    <w:tbl>
      <w:tblPr>
        <w:tblStyle w:val="TableGrid"/>
        <w:tblW w:w="0" w:type="auto"/>
        <w:tblLook w:val="04A0" w:firstRow="1" w:lastRow="0" w:firstColumn="1" w:lastColumn="0" w:noHBand="0" w:noVBand="1"/>
      </w:tblPr>
      <w:tblGrid>
        <w:gridCol w:w="4018"/>
        <w:gridCol w:w="4612"/>
      </w:tblGrid>
      <w:tr w:rsidR="00B33642" w14:paraId="2326BB4B" w14:textId="77777777">
        <w:tc>
          <w:tcPr>
            <w:tcW w:w="4320" w:type="dxa"/>
          </w:tcPr>
          <w:p w14:paraId="061DAB5A" w14:textId="77777777" w:rsidR="00B33642" w:rsidRDefault="00000000">
            <w:r>
              <w:t>Mission</w:t>
            </w:r>
          </w:p>
        </w:tc>
        <w:tc>
          <w:tcPr>
            <w:tcW w:w="4320" w:type="dxa"/>
          </w:tcPr>
          <w:p w14:paraId="3B436281" w14:textId="77777777" w:rsidR="00B33642" w:rsidRDefault="00000000">
            <w:r>
              <w:t>Royal Embassy of Saudi Arabia</w:t>
            </w:r>
          </w:p>
        </w:tc>
      </w:tr>
      <w:tr w:rsidR="00B33642" w14:paraId="60BBB2D2" w14:textId="77777777">
        <w:tc>
          <w:tcPr>
            <w:tcW w:w="4320" w:type="dxa"/>
          </w:tcPr>
          <w:p w14:paraId="1FEBEA37" w14:textId="77777777" w:rsidR="00B33642" w:rsidRDefault="00000000">
            <w:r>
              <w:t>City</w:t>
            </w:r>
          </w:p>
        </w:tc>
        <w:tc>
          <w:tcPr>
            <w:tcW w:w="4320" w:type="dxa"/>
          </w:tcPr>
          <w:p w14:paraId="3884FBC6" w14:textId="77777777" w:rsidR="00B33642" w:rsidRDefault="00000000">
            <w:r>
              <w:t>New Delhi</w:t>
            </w:r>
          </w:p>
        </w:tc>
      </w:tr>
      <w:tr w:rsidR="00B33642" w14:paraId="43B0862D" w14:textId="77777777">
        <w:tc>
          <w:tcPr>
            <w:tcW w:w="4320" w:type="dxa"/>
          </w:tcPr>
          <w:p w14:paraId="1BC7FE9A" w14:textId="77777777" w:rsidR="00B33642" w:rsidRDefault="00000000">
            <w:r>
              <w:t>Address</w:t>
            </w:r>
          </w:p>
        </w:tc>
        <w:tc>
          <w:tcPr>
            <w:tcW w:w="4320" w:type="dxa"/>
          </w:tcPr>
          <w:p w14:paraId="627F2B64" w14:textId="77777777" w:rsidR="00B33642" w:rsidRDefault="00000000">
            <w:r>
              <w:t>New Delhi</w:t>
            </w:r>
          </w:p>
        </w:tc>
      </w:tr>
      <w:tr w:rsidR="00B33642" w14:paraId="07453B79" w14:textId="77777777">
        <w:tc>
          <w:tcPr>
            <w:tcW w:w="4320" w:type="dxa"/>
          </w:tcPr>
          <w:p w14:paraId="661846EF" w14:textId="77777777" w:rsidR="00B33642" w:rsidRDefault="00000000">
            <w:r>
              <w:t>Emergency Contact</w:t>
            </w:r>
          </w:p>
        </w:tc>
        <w:tc>
          <w:tcPr>
            <w:tcW w:w="4320" w:type="dxa"/>
          </w:tcPr>
          <w:p w14:paraId="4C662FD1" w14:textId="77777777" w:rsidR="00B33642" w:rsidRDefault="00000000">
            <w:r>
              <w:t>Refer to the official website for current emergency telephone numbers.</w:t>
            </w:r>
          </w:p>
        </w:tc>
      </w:tr>
      <w:tr w:rsidR="00B33642" w14:paraId="6DFECC81" w14:textId="77777777">
        <w:tc>
          <w:tcPr>
            <w:tcW w:w="4320" w:type="dxa"/>
          </w:tcPr>
          <w:p w14:paraId="06073C92" w14:textId="77777777" w:rsidR="00B33642" w:rsidRDefault="00000000">
            <w:r>
              <w:t>Official Website</w:t>
            </w:r>
          </w:p>
        </w:tc>
        <w:tc>
          <w:tcPr>
            <w:tcW w:w="4320" w:type="dxa"/>
          </w:tcPr>
          <w:p w14:paraId="5EAB5593" w14:textId="77777777" w:rsidR="00B33642" w:rsidRDefault="00000000">
            <w:r>
              <w:t>https://embassies.mofa.gov.sa/sites/India/EN</w:t>
            </w:r>
          </w:p>
        </w:tc>
      </w:tr>
      <w:tr w:rsidR="00B33642" w14:paraId="48DB4276" w14:textId="77777777">
        <w:tc>
          <w:tcPr>
            <w:tcW w:w="4320" w:type="dxa"/>
          </w:tcPr>
          <w:p w14:paraId="62F8647A" w14:textId="77777777" w:rsidR="00B33642" w:rsidRDefault="00000000">
            <w:r>
              <w:t>Services</w:t>
            </w:r>
          </w:p>
        </w:tc>
        <w:tc>
          <w:tcPr>
            <w:tcW w:w="4320" w:type="dxa"/>
          </w:tcPr>
          <w:p w14:paraId="6E3380A6" w14:textId="77777777" w:rsidR="00B33642" w:rsidRDefault="00000000">
            <w:r>
              <w:t>Passport assistance, emergency consular support, travel documents and citizen services.</w:t>
            </w:r>
          </w:p>
        </w:tc>
      </w:tr>
    </w:tbl>
    <w:p w14:paraId="1E9180E9" w14:textId="77777777" w:rsidR="00B33642" w:rsidRDefault="00000000">
      <w:r>
        <w:br w:type="page"/>
      </w:r>
    </w:p>
    <w:p w14:paraId="4F0B2E87" w14:textId="77777777" w:rsidR="00B33642" w:rsidRDefault="00000000">
      <w:pPr>
        <w:pStyle w:val="Heading1"/>
      </w:pPr>
      <w:r>
        <w:rPr>
          <w:color w:val="163A63"/>
        </w:rPr>
        <w:lastRenderedPageBreak/>
        <w:t>🇿🇦 South Africa</w:t>
      </w:r>
    </w:p>
    <w:tbl>
      <w:tblPr>
        <w:tblStyle w:val="TableGrid"/>
        <w:tblW w:w="0" w:type="auto"/>
        <w:tblLook w:val="04A0" w:firstRow="1" w:lastRow="0" w:firstColumn="1" w:lastColumn="0" w:noHBand="0" w:noVBand="1"/>
      </w:tblPr>
      <w:tblGrid>
        <w:gridCol w:w="4313"/>
        <w:gridCol w:w="4317"/>
      </w:tblGrid>
      <w:tr w:rsidR="00B33642" w14:paraId="2AC2A69D" w14:textId="77777777">
        <w:tc>
          <w:tcPr>
            <w:tcW w:w="4320" w:type="dxa"/>
          </w:tcPr>
          <w:p w14:paraId="7B04E09C" w14:textId="77777777" w:rsidR="00B33642" w:rsidRDefault="00000000">
            <w:r>
              <w:t>Mission</w:t>
            </w:r>
          </w:p>
        </w:tc>
        <w:tc>
          <w:tcPr>
            <w:tcW w:w="4320" w:type="dxa"/>
          </w:tcPr>
          <w:p w14:paraId="0529AC46" w14:textId="77777777" w:rsidR="00B33642" w:rsidRDefault="00000000">
            <w:r>
              <w:t>South African High Commission</w:t>
            </w:r>
          </w:p>
        </w:tc>
      </w:tr>
      <w:tr w:rsidR="00B33642" w14:paraId="113D8B1A" w14:textId="77777777">
        <w:tc>
          <w:tcPr>
            <w:tcW w:w="4320" w:type="dxa"/>
          </w:tcPr>
          <w:p w14:paraId="087E9CD2" w14:textId="77777777" w:rsidR="00B33642" w:rsidRDefault="00000000">
            <w:r>
              <w:t>City</w:t>
            </w:r>
          </w:p>
        </w:tc>
        <w:tc>
          <w:tcPr>
            <w:tcW w:w="4320" w:type="dxa"/>
          </w:tcPr>
          <w:p w14:paraId="7C52D836" w14:textId="77777777" w:rsidR="00B33642" w:rsidRDefault="00000000">
            <w:r>
              <w:t>New Delhi</w:t>
            </w:r>
          </w:p>
        </w:tc>
      </w:tr>
      <w:tr w:rsidR="00B33642" w14:paraId="570B5DED" w14:textId="77777777">
        <w:tc>
          <w:tcPr>
            <w:tcW w:w="4320" w:type="dxa"/>
          </w:tcPr>
          <w:p w14:paraId="010E251D" w14:textId="77777777" w:rsidR="00B33642" w:rsidRDefault="00000000">
            <w:r>
              <w:t>Address</w:t>
            </w:r>
          </w:p>
        </w:tc>
        <w:tc>
          <w:tcPr>
            <w:tcW w:w="4320" w:type="dxa"/>
          </w:tcPr>
          <w:p w14:paraId="16B273A6" w14:textId="77777777" w:rsidR="00B33642" w:rsidRDefault="00000000">
            <w:r>
              <w:t>New Delhi</w:t>
            </w:r>
          </w:p>
        </w:tc>
      </w:tr>
      <w:tr w:rsidR="00B33642" w14:paraId="44E6784E" w14:textId="77777777">
        <w:tc>
          <w:tcPr>
            <w:tcW w:w="4320" w:type="dxa"/>
          </w:tcPr>
          <w:p w14:paraId="6A1F4265" w14:textId="77777777" w:rsidR="00B33642" w:rsidRDefault="00000000">
            <w:r>
              <w:t>Emergency Contact</w:t>
            </w:r>
          </w:p>
        </w:tc>
        <w:tc>
          <w:tcPr>
            <w:tcW w:w="4320" w:type="dxa"/>
          </w:tcPr>
          <w:p w14:paraId="4C43176C" w14:textId="77777777" w:rsidR="00B33642" w:rsidRDefault="00000000">
            <w:r>
              <w:t>Refer to the official website for current emergency telephone numbers.</w:t>
            </w:r>
          </w:p>
        </w:tc>
      </w:tr>
      <w:tr w:rsidR="00B33642" w14:paraId="07019EB9" w14:textId="77777777">
        <w:tc>
          <w:tcPr>
            <w:tcW w:w="4320" w:type="dxa"/>
          </w:tcPr>
          <w:p w14:paraId="58A21BA8" w14:textId="77777777" w:rsidR="00B33642" w:rsidRDefault="00000000">
            <w:r>
              <w:t>Official Website</w:t>
            </w:r>
          </w:p>
        </w:tc>
        <w:tc>
          <w:tcPr>
            <w:tcW w:w="4320" w:type="dxa"/>
          </w:tcPr>
          <w:p w14:paraId="5E0BD545" w14:textId="77777777" w:rsidR="00B33642" w:rsidRDefault="00000000">
            <w:r>
              <w:t>https://dirco.gov.za/new-delhi/</w:t>
            </w:r>
          </w:p>
        </w:tc>
      </w:tr>
      <w:tr w:rsidR="00B33642" w14:paraId="0963E7CF" w14:textId="77777777">
        <w:tc>
          <w:tcPr>
            <w:tcW w:w="4320" w:type="dxa"/>
          </w:tcPr>
          <w:p w14:paraId="6432CCD6" w14:textId="77777777" w:rsidR="00B33642" w:rsidRDefault="00000000">
            <w:r>
              <w:t>Services</w:t>
            </w:r>
          </w:p>
        </w:tc>
        <w:tc>
          <w:tcPr>
            <w:tcW w:w="4320" w:type="dxa"/>
          </w:tcPr>
          <w:p w14:paraId="0BE91F56" w14:textId="77777777" w:rsidR="00B33642" w:rsidRDefault="00000000">
            <w:r>
              <w:t>Passport assistance, emergency consular support, travel documents and citizen services.</w:t>
            </w:r>
          </w:p>
        </w:tc>
      </w:tr>
    </w:tbl>
    <w:p w14:paraId="58C0A133" w14:textId="77777777" w:rsidR="00B33642" w:rsidRDefault="00000000">
      <w:r>
        <w:br w:type="page"/>
      </w:r>
    </w:p>
    <w:p w14:paraId="70F519C9" w14:textId="77777777" w:rsidR="00B33642" w:rsidRDefault="00000000">
      <w:pPr>
        <w:pStyle w:val="Heading1"/>
      </w:pPr>
      <w:r>
        <w:lastRenderedPageBreak/>
        <w:t>Disclaimer</w:t>
      </w:r>
    </w:p>
    <w:p w14:paraId="05EB2251" w14:textId="77777777" w:rsidR="00B33642" w:rsidRDefault="00000000">
      <w:r>
        <w:t>Addresses, telephone numbers, emergency contacts, office hours and procedures are subject to change. Always consult the relevant embassy's official website before travelling or visiting.</w:t>
      </w:r>
    </w:p>
    <w:sectPr w:rsidR="00B3364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7819496">
    <w:abstractNumId w:val="8"/>
  </w:num>
  <w:num w:numId="2" w16cid:durableId="1314215067">
    <w:abstractNumId w:val="6"/>
  </w:num>
  <w:num w:numId="3" w16cid:durableId="1908491276">
    <w:abstractNumId w:val="5"/>
  </w:num>
  <w:num w:numId="4" w16cid:durableId="5642273">
    <w:abstractNumId w:val="4"/>
  </w:num>
  <w:num w:numId="5" w16cid:durableId="2096707416">
    <w:abstractNumId w:val="7"/>
  </w:num>
  <w:num w:numId="6" w16cid:durableId="501579655">
    <w:abstractNumId w:val="3"/>
  </w:num>
  <w:num w:numId="7" w16cid:durableId="991525230">
    <w:abstractNumId w:val="2"/>
  </w:num>
  <w:num w:numId="8" w16cid:durableId="1253124292">
    <w:abstractNumId w:val="1"/>
  </w:num>
  <w:num w:numId="9" w16cid:durableId="1434088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127DA"/>
    <w:rsid w:val="00B33642"/>
    <w:rsid w:val="00B47730"/>
    <w:rsid w:val="00CB0664"/>
    <w:rsid w:val="00F527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D3CF0B"/>
  <w14:defaultImageDpi w14:val="300"/>
  <w15:docId w15:val="{80936B97-30F6-4E01-9175-2D0E9667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Sanjay Dobhal</cp:lastModifiedBy>
  <cp:revision>2</cp:revision>
  <dcterms:created xsi:type="dcterms:W3CDTF">2026-08-07T11:50:00Z</dcterms:created>
  <dcterms:modified xsi:type="dcterms:W3CDTF">2026-08-07T11:50:00Z</dcterms:modified>
  <cp:category/>
</cp:coreProperties>
</file>